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9B1FA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9B1FAB" w:rsidRDefault="009B1FA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9B1FAB" w:rsidRDefault="009B1FA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9B1FAB" w:rsidRDefault="009B1FAB">
            <w:pPr>
              <w:bidi/>
              <w:spacing w:line="240" w:lineRule="auto"/>
            </w:pPr>
          </w:p>
        </w:tc>
      </w:tr>
      <w:tr w:rsidR="009B1FA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9B1FAB" w:rsidRDefault="009B1FA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9B1FAB" w:rsidRDefault="009B1FA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9B1FAB" w:rsidRDefault="009B1FAB">
            <w:pPr>
              <w:bidi/>
              <w:spacing w:line="240" w:lineRule="auto"/>
            </w:pPr>
          </w:p>
        </w:tc>
      </w:tr>
    </w:tbl>
    <w:p w:rsidR="009B1FAB" w:rsidRDefault="009B1FA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1FA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9B1FAB" w:rsidRDefault="009B1FA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1FAB">
        <w:trPr>
          <w:cantSplit/>
          <w:jc w:val="center"/>
        </w:trPr>
        <w:tc>
          <w:tcPr>
            <w:tcW w:w="5216" w:type="dxa"/>
            <w:vAlign w:val="center"/>
          </w:tcPr>
          <w:p w:rsidR="009B1FAB" w:rsidRDefault="003C59C8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تجهيز الحوائط وتركيب ورق الحائط بأنواعه (الورقي والفينيل والقماشي) مع مطابقة النقشة.</w:t>
            </w:r>
          </w:p>
        </w:tc>
        <w:tc>
          <w:tcPr>
            <w:tcW w:w="5216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wall preparation and hanging of paper, vinyl and fabric wallcoverings with pattern matching.</w:t>
            </w:r>
          </w:p>
        </w:tc>
      </w:tr>
    </w:tbl>
    <w:p w:rsidR="009B1FAB" w:rsidRDefault="009B1FA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1FA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9B1FAB" w:rsidRDefault="009B1FA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9B1FA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المشروع، تعليمات المصنع، العينة المعتمدة ‏(Mock-up)‏</w:t>
            </w:r>
          </w:p>
        </w:tc>
        <w:tc>
          <w:tcPr>
            <w:tcW w:w="408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specifications, manufacturer instructions, approved sample / mock-up</w:t>
            </w:r>
          </w:p>
        </w:tc>
      </w:tr>
      <w:tr w:rsidR="009B1FA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9B1FAB" w:rsidRDefault="003C59C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ACE-QC-ARC-017</w:t>
            </w:r>
          </w:p>
        </w:tc>
      </w:tr>
      <w:tr w:rsidR="009B1FA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9B1FAB" w:rsidRDefault="009B1FA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1FA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9B1FAB" w:rsidRDefault="009B1FA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9B1FA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9B1FA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9B1FA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9B1FA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9B1FA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9B1FAB" w:rsidRDefault="009B1FA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1FA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9B1FAB" w:rsidRDefault="009B1FA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9B1FA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9B1FAB" w:rsidRDefault="009B1FAB">
            <w:pPr>
              <w:keepNext/>
              <w:bidi/>
              <w:spacing w:line="240" w:lineRule="auto"/>
              <w:jc w:val="center"/>
            </w:pP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ورق حائط من نفس رقم التشغيلة ‏(Batch)‏ ومطابق للعينة.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Wallcovering from one batch matching the sample.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لاصق مناسب لنوع الورق.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Adhesive suitable for the wallcovering type.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معجون وأساس مانع للفطريات.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Filler and anti-fungal primer (sizing).</w:t>
            </w:r>
          </w:p>
        </w:tc>
      </w:tr>
    </w:tbl>
    <w:p w:rsidR="009B1FAB" w:rsidRDefault="009B1FA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1FA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9B1FAB" w:rsidRDefault="009B1FA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9B1FA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9B1FAB" w:rsidRDefault="009B1FAB">
            <w:pPr>
              <w:keepNext/>
              <w:bidi/>
              <w:spacing w:line="240" w:lineRule="auto"/>
              <w:jc w:val="center"/>
            </w:pP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طاولة قص ومشرط وقدة.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Pasting table, knife and straightedge.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فرش ورولات ضغط.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Brushes and seam rollers.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خيط رأسي أو ليزر.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Plumb line or laser.</w:t>
            </w:r>
          </w:p>
        </w:tc>
      </w:tr>
    </w:tbl>
    <w:p w:rsidR="009B1FAB" w:rsidRDefault="009B1FA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1FA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9B1FAB" w:rsidRDefault="009B1FA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9B1FA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9B1FAB" w:rsidRDefault="009B1FAB">
            <w:pPr>
              <w:keepNext/>
              <w:bidi/>
              <w:spacing w:line="240" w:lineRule="auto"/>
              <w:jc w:val="center"/>
            </w:pP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جفاف الحوائط وانتهاء أعمال المعجون والصنفرة.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Walls dry; filling and sanding complete.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انتهاء الأعمال الرطبة والملوثة بالغرفة.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Wet and dirty trades in the room complete.</w:t>
            </w:r>
          </w:p>
        </w:tc>
      </w:tr>
    </w:tbl>
    <w:p w:rsidR="009B1FAB" w:rsidRDefault="009B1FA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1FA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9B1FAB" w:rsidRDefault="009B1FA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9B1FA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9B1FAB" w:rsidRDefault="009B1FAB">
            <w:pPr>
              <w:keepNext/>
              <w:bidi/>
              <w:spacing w:line="240" w:lineRule="auto"/>
              <w:jc w:val="center"/>
            </w:pP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الحائط بالمعجون والصنفرة حتى يصبح أملس ومستويا.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Fill and sand the wall smooth and flat.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الأساس وتركه حتى يجف.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Apply primer/sizing and allow to dry.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خط رأسي للشريط الأول بعيدا عن الأركان.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Mark a plumb line for the first drop away from corners.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lastRenderedPageBreak/>
              <w:t>4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قص الشرائط بطول الحائط مع زيادة 5 سم من أعلى وأسفل ومطابقة النقشة.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Cut drops to wall height plus 5 cm top and bottom, matching the pattern.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اللاصق حسب النوع (على الورق أو الحائط) وترك زمن التشرب المحدد.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Apply adhesive per type (paper or wall) and allow the soak time.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الشريط على الخط الرأسي وطرد الهواء من المنتصف للأطراف.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Hang the drop to the plumb line and smooth air out from centre to edges.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ضبط الوصلات تلاقيا بدون ركوب وكبسها بالرولة.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Butt the seams without overlap and roll them.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قص الزوائد عند السقف والنعلة وحول العلب بعد فصل الكهرباء.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Trim at ceiling, skirting and around boxes with power isolated.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5102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تنظيف بقايا اللاصق فورا.</w:t>
            </w:r>
          </w:p>
        </w:tc>
        <w:tc>
          <w:tcPr>
            <w:tcW w:w="4932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Clean adhesive residue immediately.</w:t>
            </w:r>
          </w:p>
        </w:tc>
      </w:tr>
    </w:tbl>
    <w:p w:rsidR="009B1FAB" w:rsidRDefault="009B1FA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1FA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9B1FAB" w:rsidRDefault="009B1FA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9B1FA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9B1FAB" w:rsidRDefault="003C59C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9B1FAB" w:rsidRDefault="009B1FAB">
            <w:pPr>
              <w:keepNext/>
              <w:bidi/>
              <w:spacing w:line="240" w:lineRule="auto"/>
              <w:jc w:val="center"/>
            </w:pPr>
          </w:p>
          <w:p w:rsidR="009B1FAB" w:rsidRDefault="003C59C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9B1FAB" w:rsidRDefault="003C59C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9B1FAB" w:rsidRDefault="003C59C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استواء ونظافة الحائط قبل التركيب.</w:t>
            </w:r>
          </w:p>
        </w:tc>
        <w:tc>
          <w:tcPr>
            <w:tcW w:w="3515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 flatness and cleanliness before hanging.</w:t>
            </w:r>
          </w:p>
        </w:tc>
        <w:tc>
          <w:tcPr>
            <w:tcW w:w="850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9B1FAB" w:rsidRDefault="003C59C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9B1FAB" w:rsidRDefault="003C59C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ACE-QC-ARC-017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رقم التشغيلة ومطابقة النقشة واللون.</w:t>
            </w:r>
          </w:p>
        </w:tc>
        <w:tc>
          <w:tcPr>
            <w:tcW w:w="3515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Batch number, pattern and shade matching.</w:t>
            </w:r>
          </w:p>
        </w:tc>
        <w:tc>
          <w:tcPr>
            <w:tcW w:w="850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9B1FAB" w:rsidRDefault="003C59C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9B1FAB" w:rsidRDefault="003C59C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-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الوصلات وعدم وجود فقاعات أو بقع.</w:t>
            </w:r>
          </w:p>
        </w:tc>
        <w:tc>
          <w:tcPr>
            <w:tcW w:w="3515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Seams, no bubbles or stains.</w:t>
            </w:r>
          </w:p>
        </w:tc>
        <w:tc>
          <w:tcPr>
            <w:tcW w:w="850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9B1FAB" w:rsidRDefault="003C59C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9B1FAB" w:rsidRDefault="003C59C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-</w:t>
            </w:r>
          </w:p>
        </w:tc>
      </w:tr>
    </w:tbl>
    <w:p w:rsidR="009B1FAB" w:rsidRDefault="009B1FA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B1FA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B1FAB" w:rsidRDefault="003C59C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9B1FAB" w:rsidRDefault="009B1FA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9B1FA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9B1FAB" w:rsidRDefault="003C59C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9B1FAB" w:rsidRDefault="009B1FAB">
            <w:pPr>
              <w:keepNext/>
              <w:bidi/>
              <w:spacing w:line="240" w:lineRule="auto"/>
              <w:jc w:val="center"/>
            </w:pPr>
          </w:p>
          <w:p w:rsidR="009B1FAB" w:rsidRDefault="003C59C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9B1FAB" w:rsidRDefault="009B1FAB">
            <w:pPr>
              <w:keepNext/>
              <w:bidi/>
              <w:spacing w:line="240" w:lineRule="auto"/>
              <w:jc w:val="center"/>
            </w:pPr>
          </w:p>
          <w:p w:rsidR="009B1FAB" w:rsidRDefault="003C59C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الكهرباء حول العلب</w:t>
            </w:r>
          </w:p>
        </w:tc>
        <w:tc>
          <w:tcPr>
            <w:tcW w:w="1984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Electricity at outlets</w:t>
            </w:r>
          </w:p>
        </w:tc>
        <w:tc>
          <w:tcPr>
            <w:tcW w:w="3061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فصل الدائرة قبل القص حول العلب.</w:t>
            </w:r>
          </w:p>
        </w:tc>
        <w:tc>
          <w:tcPr>
            <w:tcW w:w="2778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Isolate the circuit before trimming around boxes.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السلالم المتنقلة</w:t>
            </w:r>
          </w:p>
        </w:tc>
        <w:tc>
          <w:tcPr>
            <w:tcW w:w="1984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Step ladders</w:t>
            </w:r>
          </w:p>
        </w:tc>
        <w:tc>
          <w:tcPr>
            <w:tcW w:w="3061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سلالم سليمة على أرض مستوية.</w:t>
            </w:r>
          </w:p>
        </w:tc>
        <w:tc>
          <w:tcPr>
            <w:tcW w:w="2778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Sound ladders on level ground.</w:t>
            </w:r>
          </w:p>
        </w:tc>
      </w:tr>
      <w:tr w:rsidR="009B1FAB">
        <w:trPr>
          <w:cantSplit/>
          <w:jc w:val="center"/>
        </w:trPr>
        <w:tc>
          <w:tcPr>
            <w:tcW w:w="397" w:type="dxa"/>
            <w:vAlign w:val="center"/>
          </w:tcPr>
          <w:p w:rsidR="009B1FAB" w:rsidRDefault="003C59C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أدوات القطع</w:t>
            </w:r>
          </w:p>
        </w:tc>
        <w:tc>
          <w:tcPr>
            <w:tcW w:w="1984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Cutting tools</w:t>
            </w:r>
          </w:p>
        </w:tc>
        <w:tc>
          <w:tcPr>
            <w:tcW w:w="3061" w:type="dxa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مشارط بشفرات قابلة للسحب.</w:t>
            </w:r>
          </w:p>
        </w:tc>
        <w:tc>
          <w:tcPr>
            <w:tcW w:w="2778" w:type="dxa"/>
            <w:vAlign w:val="center"/>
          </w:tcPr>
          <w:p w:rsidR="009B1FAB" w:rsidRDefault="003C59C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Retractable-blade knives.</w:t>
            </w:r>
          </w:p>
        </w:tc>
      </w:tr>
    </w:tbl>
    <w:p w:rsidR="009B1FAB" w:rsidRDefault="009B1FA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9B1FAB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9B1FAB" w:rsidRDefault="003C59C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9B1FAB" w:rsidRDefault="009B1FAB">
            <w:pPr>
              <w:keepNext/>
              <w:bidi/>
              <w:spacing w:line="240" w:lineRule="auto"/>
            </w:pPr>
          </w:p>
        </w:tc>
      </w:tr>
    </w:tbl>
    <w:p w:rsidR="009B1FAB" w:rsidRDefault="009B1FA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9B1FA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9B1FAB" w:rsidRDefault="003C59C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9B1FAB" w:rsidRDefault="009B1FA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9B1FA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9B1FAB" w:rsidRDefault="003C59C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B1FAB" w:rsidRDefault="003C59C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9B1FAB" w:rsidRDefault="003C59C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9B1FAB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B1FAB" w:rsidRDefault="003C59C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9B1FAB" w:rsidRDefault="003C59C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9B1FAB" w:rsidRDefault="003C59C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B1FAB" w:rsidRDefault="003C59C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B1FAB" w:rsidRDefault="003C59C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9B1FAB" w:rsidRDefault="003C59C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B1FAB" w:rsidRDefault="003C59C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B1FAB" w:rsidRDefault="003C59C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9B1FAB" w:rsidRDefault="003C59C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B1FAB" w:rsidRDefault="003C59C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B1FAB" w:rsidRDefault="003C59C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9B1FAB" w:rsidRDefault="009B1FAB">
      <w:pPr>
        <w:spacing w:line="20" w:lineRule="exact"/>
      </w:pPr>
    </w:p>
    <w:sectPr w:rsidR="009B1FAB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C59C8" w:rsidRDefault="003C59C8">
      <w:pPr>
        <w:spacing w:line="240" w:lineRule="auto"/>
      </w:pPr>
      <w:r>
        <w:separator/>
      </w:r>
    </w:p>
  </w:endnote>
  <w:endnote w:type="continuationSeparator" w:id="0">
    <w:p w:rsidR="003C59C8" w:rsidRDefault="003C59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9B1FAB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9B1FAB" w:rsidRDefault="003C59C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9B1FAB" w:rsidRDefault="003C59C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ACE-MS-ARC-015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C59C8" w:rsidRDefault="003C59C8">
      <w:pPr>
        <w:spacing w:line="240" w:lineRule="auto"/>
      </w:pPr>
      <w:r>
        <w:separator/>
      </w:r>
    </w:p>
  </w:footnote>
  <w:footnote w:type="continuationSeparator" w:id="0">
    <w:p w:rsidR="003C59C8" w:rsidRDefault="003C59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9B1FAB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9B1FAB" w:rsidRDefault="003C59C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9B1FAB" w:rsidRDefault="003C59C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9B1FAB" w:rsidRDefault="003C59C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9B1FAB" w:rsidRDefault="003C59C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9B1FAB" w:rsidRDefault="003C59C8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ACE-MS-ARC-015</w:t>
          </w:r>
        </w:p>
      </w:tc>
    </w:tr>
    <w:tr w:rsidR="009B1FAB">
      <w:trPr>
        <w:trHeight w:val="283"/>
        <w:jc w:val="center"/>
      </w:trPr>
      <w:tc>
        <w:tcPr>
          <w:tcW w:w="2041" w:type="dxa"/>
          <w:vMerge/>
          <w:vAlign w:val="center"/>
        </w:tcPr>
        <w:p w:rsidR="009B1FAB" w:rsidRDefault="009B1FAB"/>
      </w:tc>
      <w:tc>
        <w:tcPr>
          <w:tcW w:w="5669" w:type="dxa"/>
          <w:vMerge/>
          <w:vAlign w:val="center"/>
        </w:tcPr>
        <w:p w:rsidR="009B1FAB" w:rsidRDefault="009B1FAB"/>
      </w:tc>
      <w:tc>
        <w:tcPr>
          <w:tcW w:w="1361" w:type="dxa"/>
          <w:shd w:val="clear" w:color="auto" w:fill="F2F2F2"/>
          <w:vAlign w:val="center"/>
        </w:tcPr>
        <w:p w:rsidR="009B1FAB" w:rsidRDefault="003C59C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9B1FAB" w:rsidRDefault="003C59C8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9B1FAB">
      <w:trPr>
        <w:trHeight w:val="283"/>
        <w:jc w:val="center"/>
      </w:trPr>
      <w:tc>
        <w:tcPr>
          <w:tcW w:w="2041" w:type="dxa"/>
          <w:vMerge/>
          <w:vAlign w:val="center"/>
        </w:tcPr>
        <w:p w:rsidR="009B1FAB" w:rsidRDefault="009B1FAB"/>
      </w:tc>
      <w:tc>
        <w:tcPr>
          <w:tcW w:w="5669" w:type="dxa"/>
          <w:vMerge w:val="restart"/>
          <w:shd w:val="clear" w:color="auto" w:fill="E7E6E6"/>
          <w:vAlign w:val="center"/>
        </w:tcPr>
        <w:p w:rsidR="009B1FAB" w:rsidRDefault="003C59C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تركيب ورق الحائط</w:t>
          </w:r>
        </w:p>
        <w:p w:rsidR="009B1FAB" w:rsidRDefault="003C59C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Wallpaper Installation</w:t>
          </w:r>
        </w:p>
      </w:tc>
      <w:tc>
        <w:tcPr>
          <w:tcW w:w="1361" w:type="dxa"/>
          <w:shd w:val="clear" w:color="auto" w:fill="F2F2F2"/>
          <w:vAlign w:val="center"/>
        </w:tcPr>
        <w:p w:rsidR="009B1FAB" w:rsidRDefault="003C59C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9B1FAB" w:rsidRDefault="003C59C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9B1FAB">
      <w:trPr>
        <w:trHeight w:val="283"/>
        <w:jc w:val="center"/>
      </w:trPr>
      <w:tc>
        <w:tcPr>
          <w:tcW w:w="2041" w:type="dxa"/>
          <w:vMerge/>
          <w:vAlign w:val="center"/>
        </w:tcPr>
        <w:p w:rsidR="009B1FAB" w:rsidRDefault="009B1FAB"/>
      </w:tc>
      <w:tc>
        <w:tcPr>
          <w:tcW w:w="5669" w:type="dxa"/>
          <w:vMerge/>
          <w:vAlign w:val="center"/>
        </w:tcPr>
        <w:p w:rsidR="009B1FAB" w:rsidRDefault="009B1FAB"/>
      </w:tc>
      <w:tc>
        <w:tcPr>
          <w:tcW w:w="1361" w:type="dxa"/>
          <w:shd w:val="clear" w:color="auto" w:fill="F2F2F2"/>
          <w:vAlign w:val="center"/>
        </w:tcPr>
        <w:p w:rsidR="009B1FAB" w:rsidRDefault="003C59C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9B1FAB" w:rsidRDefault="003C59C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9B1FAB" w:rsidRDefault="009B1FAB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2116034">
    <w:abstractNumId w:val="8"/>
  </w:num>
  <w:num w:numId="2" w16cid:durableId="1378777079">
    <w:abstractNumId w:val="6"/>
  </w:num>
  <w:num w:numId="3" w16cid:durableId="2029329344">
    <w:abstractNumId w:val="5"/>
  </w:num>
  <w:num w:numId="4" w16cid:durableId="1935436243">
    <w:abstractNumId w:val="4"/>
  </w:num>
  <w:num w:numId="5" w16cid:durableId="1584996413">
    <w:abstractNumId w:val="7"/>
  </w:num>
  <w:num w:numId="6" w16cid:durableId="1143160538">
    <w:abstractNumId w:val="3"/>
  </w:num>
  <w:num w:numId="7" w16cid:durableId="1764104798">
    <w:abstractNumId w:val="2"/>
  </w:num>
  <w:num w:numId="8" w16cid:durableId="1171137226">
    <w:abstractNumId w:val="1"/>
  </w:num>
  <w:num w:numId="9" w16cid:durableId="357464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59C8"/>
    <w:rsid w:val="005C0D99"/>
    <w:rsid w:val="009B1FAB"/>
    <w:rsid w:val="00AA1D8D"/>
    <w:rsid w:val="00B47730"/>
    <w:rsid w:val="00CB0664"/>
    <w:rsid w:val="00FC693F"/>
    <w:rsid w:val="00FE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B47173A-0A94-4D10-BEB1-749DD059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ACE_MS-ARC-015_Wallpaper_Installation_20261003_v1.dotx</Template>
  <TotalTime>0</TotalTime>
  <Pages>2</Pages>
  <Words>850</Words>
  <Characters>4851</Characters>
  <Application>Microsoft Office Word</Application>
  <DocSecurity>0</DocSecurity>
  <Lines>40</Lines>
  <Paragraphs>11</Paragraphs>
  <ScaleCrop>false</ScaleCrop>
  <Manager>Ahmed Fathy</Manager>
  <Company>Arab Creators for Engineering Consultancy</Company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ACE-MS-ARC-015 Method Statement: Wallpaper Installation</dc:title>
  <dc:subject>تركيب ورق الحائط</dc:subject>
  <dc:creator>Ahmed Fathy</dc:creator>
  <cp:keywords>Method Statement; ITP; QC</cp:keywords>
  <dc:description/>
  <cp:lastModifiedBy>Ahmed Fathy</cp:lastModifiedBy>
  <cp:revision>2</cp:revision>
  <dcterms:created xsi:type="dcterms:W3CDTF">2026-11-03T20:21:00Z</dcterms:created>
  <dcterms:modified xsi:type="dcterms:W3CDTF">2026-11-03T20:21:00Z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