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1743D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1743DB" w:rsidRDefault="001743D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1743DB" w:rsidRDefault="001743D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1743DB" w:rsidRDefault="001743DB">
            <w:pPr>
              <w:bidi/>
              <w:spacing w:line="240" w:lineRule="auto"/>
            </w:pPr>
          </w:p>
        </w:tc>
      </w:tr>
      <w:tr w:rsidR="001743D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1743DB" w:rsidRDefault="001743D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1743DB" w:rsidRDefault="001743D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1743DB" w:rsidRDefault="001743DB">
            <w:pPr>
              <w:bidi/>
              <w:spacing w:line="240" w:lineRule="auto"/>
            </w:pP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vAlign w:val="center"/>
          </w:tcPr>
          <w:p w:rsidR="001743DB" w:rsidRDefault="00583705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تصنيع وتركيب الهيكل المعدني للأسطح المائلة والمدادات، ثم العزل وتركيب القرميد والقطع الخاصة (الحواف والقمم والميازيب).</w:t>
            </w:r>
          </w:p>
        </w:tc>
        <w:tc>
          <w:tcPr>
            <w:tcW w:w="5216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fabrication and erection of the pitched-roof steel frame and battens, then underlay and roof tiles with special pieces (verges, ridges, gutters).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الكود المصري للمنشآت المعدنية ECP 205، AWS D1.1، SSPC، مواصفات المشروع</w:t>
            </w:r>
          </w:p>
        </w:tc>
        <w:tc>
          <w:tcPr>
            <w:tcW w:w="408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ECP 205 (Steel Structures), AWS D1.1, SSPC, project specifications</w:t>
            </w:r>
          </w:p>
        </w:tc>
      </w:tr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1743DB" w:rsidRDefault="0058370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ACE-QC-ARC-021   ACE-QC-CIV-026   ACE-QC-ARC-033</w:t>
            </w:r>
          </w:p>
        </w:tc>
      </w:tr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743D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743DB" w:rsidRDefault="001743DB">
            <w:pPr>
              <w:keepNext/>
              <w:bidi/>
              <w:spacing w:line="240" w:lineRule="auto"/>
              <w:jc w:val="center"/>
            </w:pP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قطاعات حديد مجلفن أو مدهون حسب التصميم.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Galvanised or painted steel sections per design.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مدادات معدنية للقرميد بالمقاس المحدد.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Metal tile battens of specified size.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عزل مائي تحت القرميد ‏(Underlay)‏ وعزل حراري حسب المواصفات.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Roof underlay and thermal insulation as specified.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قرميد وقطع خاصة مطابقة للعينة.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Roof tiles and fittings matching the sample.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مسامير وكلبسات تثبيت مقاومة للصدأ.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Corrosion-resistant screws and tile clips.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743D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743DB" w:rsidRDefault="001743DB">
            <w:pPr>
              <w:keepNext/>
              <w:bidi/>
              <w:spacing w:line="240" w:lineRule="auto"/>
              <w:jc w:val="center"/>
            </w:pP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لحام وصاروخ قص.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Welding machine and angle grinder.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رافعة صغيرة أو ونش.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Small crane or hoist.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 وشريط قياس.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 and tape.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سقالات ومنصات عمل.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Scaffolds and working platforms.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743D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743DB" w:rsidRDefault="001743DB">
            <w:pPr>
              <w:keepNext/>
              <w:bidi/>
              <w:spacing w:line="240" w:lineRule="auto"/>
              <w:jc w:val="center"/>
            </w:pP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الحسابات الإنشائية للهيكل ومخطط توزيع المدادات.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Frame calculations and batten layout approved.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ألواح الارتكاز ومسامير التثبيت في الخرسانة بالمواقع الصحيحة.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plates and anchor bolts set in concrete at correct positions.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1743D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1743DB" w:rsidRDefault="001743DB">
            <w:pPr>
              <w:keepNext/>
              <w:bidi/>
              <w:spacing w:line="240" w:lineRule="auto"/>
              <w:jc w:val="center"/>
            </w:pP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مواقع ومناسيب نقاط الارتكاز على الخرسانة.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Check positions and levels of bearing points on the concrete.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2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الجمالونات أو الأعمدة والكمرات المعدنية وضبط الميل حسب المخططات.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Erect trusses or rafters and set the pitch per drawings.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اللحام أو الربط بالمسامير ثم معالجة اللحامات بالدهان المانع للصدأ.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Weld or bolt, then treat welds with anti-corrosion paint.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العزل تحت القرميد بركوب 10 إلى 15 سم من الأسفل للأعلى.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underlay with 10 to 15 cm laps from eaves upward.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المدادات على المسافة الناتجة من مقاس القرميد (قياس فعلي على عينة من الصف).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battens at the gauge measured from a dry-laid sample row.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الميازيب وقطع الحافة السفلية أولا.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gutters and eaves pieces first.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القرميد من الأسفل للأعلى ومن اليمين أو اليسار حسب نوع التعشيق، مع التثبيت بالكلبسات.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tiles from eaves upward in the interlock direction, clipped as specified.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قطع القمة والحواف وسدها حسب نظام المصنع.</w:t>
            </w:r>
          </w:p>
        </w:tc>
        <w:tc>
          <w:tcPr>
            <w:tcW w:w="4932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ridge and verge pieces and seal per manufacturer system.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1743D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1743DB" w:rsidRDefault="001743DB">
            <w:pPr>
              <w:keepNext/>
              <w:bidi/>
              <w:spacing w:line="240" w:lineRule="auto"/>
              <w:jc w:val="center"/>
            </w:pP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الهيكل المعدني (الأبعاد واللحام والميل).</w:t>
            </w:r>
          </w:p>
        </w:tc>
        <w:tc>
          <w:tcPr>
            <w:tcW w:w="3515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Steel frame accepted (dimensions, welds, pitch).</w:t>
            </w:r>
          </w:p>
        </w:tc>
        <w:tc>
          <w:tcPr>
            <w:tcW w:w="850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1743DB" w:rsidRDefault="00583705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ACE-QC-CIV-026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الحماية وسماكته.</w:t>
            </w:r>
          </w:p>
        </w:tc>
        <w:tc>
          <w:tcPr>
            <w:tcW w:w="3515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Protective coating and thickness.</w:t>
            </w:r>
          </w:p>
        </w:tc>
        <w:tc>
          <w:tcPr>
            <w:tcW w:w="850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1743DB" w:rsidRDefault="00583705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ACE-QC-ARC-033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العزل والمدادات قبل القرميد.</w:t>
            </w:r>
          </w:p>
        </w:tc>
        <w:tc>
          <w:tcPr>
            <w:tcW w:w="3515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Underlay and battens before tiling.</w:t>
            </w:r>
          </w:p>
        </w:tc>
        <w:tc>
          <w:tcPr>
            <w:tcW w:w="850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1743DB" w:rsidRDefault="00583705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ACE-QC-ARC-021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استقامة صفوف القرميد والتثبيت والقطع الخاصة.</w:t>
            </w:r>
          </w:p>
        </w:tc>
        <w:tc>
          <w:tcPr>
            <w:tcW w:w="3515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courses, fixing and special pieces.</w:t>
            </w:r>
          </w:p>
        </w:tc>
        <w:tc>
          <w:tcPr>
            <w:tcW w:w="850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1743DB" w:rsidRDefault="00583705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ACE-QC-ARC-021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743D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743DB" w:rsidRDefault="00583705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1743D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1743DB" w:rsidRDefault="001743DB">
            <w:pPr>
              <w:keepNext/>
              <w:bidi/>
              <w:spacing w:line="240" w:lineRule="auto"/>
              <w:jc w:val="center"/>
            </w:pP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1743DB" w:rsidRDefault="001743DB">
            <w:pPr>
              <w:keepNext/>
              <w:bidi/>
              <w:spacing w:line="240" w:lineRule="auto"/>
              <w:jc w:val="center"/>
            </w:pPr>
          </w:p>
          <w:p w:rsidR="001743DB" w:rsidRDefault="005837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السقوط من السطح المائل</w:t>
            </w:r>
          </w:p>
        </w:tc>
        <w:tc>
          <w:tcPr>
            <w:tcW w:w="1984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 from pitched roof</w:t>
            </w:r>
          </w:p>
        </w:tc>
        <w:tc>
          <w:tcPr>
            <w:tcW w:w="306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خطوط حياة وأحزمة أمان وسلالم أسطح وحواجز حواف.</w:t>
            </w:r>
          </w:p>
        </w:tc>
        <w:tc>
          <w:tcPr>
            <w:tcW w:w="2778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Lifelines, harnesses, roof ladders and edge protection.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أعمال اللحام</w:t>
            </w:r>
          </w:p>
        </w:tc>
        <w:tc>
          <w:tcPr>
            <w:tcW w:w="1984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Welding works</w:t>
            </w:r>
          </w:p>
        </w:tc>
        <w:tc>
          <w:tcPr>
            <w:tcW w:w="306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تصريح أعمال ساخنة وطفاية وواقي وجه.</w:t>
            </w:r>
          </w:p>
        </w:tc>
        <w:tc>
          <w:tcPr>
            <w:tcW w:w="2778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Hot-work permit, extinguisher and face shield.</w:t>
            </w:r>
          </w:p>
        </w:tc>
      </w:tr>
      <w:tr w:rsidR="001743DB">
        <w:trPr>
          <w:cantSplit/>
          <w:jc w:val="center"/>
        </w:trPr>
        <w:tc>
          <w:tcPr>
            <w:tcW w:w="397" w:type="dxa"/>
            <w:vAlign w:val="center"/>
          </w:tcPr>
          <w:p w:rsidR="001743DB" w:rsidRDefault="005837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سقوط الأدوات والمواد</w:t>
            </w:r>
          </w:p>
        </w:tc>
        <w:tc>
          <w:tcPr>
            <w:tcW w:w="1984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Falling tools and materials</w:t>
            </w:r>
          </w:p>
        </w:tc>
        <w:tc>
          <w:tcPr>
            <w:tcW w:w="3061" w:type="dxa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ربط الأدوات ومنطقة محظورة أسفل العمل.</w:t>
            </w:r>
          </w:p>
        </w:tc>
        <w:tc>
          <w:tcPr>
            <w:tcW w:w="2778" w:type="dxa"/>
            <w:vAlign w:val="center"/>
          </w:tcPr>
          <w:p w:rsidR="001743DB" w:rsidRDefault="005837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Tool tethering and exclusion zone below.</w:t>
            </w:r>
          </w:p>
        </w:tc>
      </w:tr>
    </w:tbl>
    <w:p w:rsidR="001743DB" w:rsidRDefault="001743D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1743DB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1743DB" w:rsidRDefault="0058370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1743DB" w:rsidRDefault="001743DB">
            <w:pPr>
              <w:keepNext/>
              <w:bidi/>
              <w:spacing w:line="240" w:lineRule="auto"/>
            </w:pP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1743DB" w:rsidRDefault="0058370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1743DB" w:rsidRDefault="001743D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1743D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1743DB" w:rsidRDefault="0058370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743DB" w:rsidRDefault="005837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1743DB" w:rsidRDefault="005837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1743DB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743DB" w:rsidRDefault="005837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1743DB" w:rsidRDefault="005837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743DB" w:rsidRDefault="005837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1743DB" w:rsidRDefault="001743DB">
      <w:pPr>
        <w:spacing w:line="20" w:lineRule="exact"/>
      </w:pPr>
    </w:p>
    <w:sectPr w:rsidR="001743DB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3705" w:rsidRDefault="00583705">
      <w:pPr>
        <w:spacing w:line="240" w:lineRule="auto"/>
      </w:pPr>
      <w:r>
        <w:separator/>
      </w:r>
    </w:p>
  </w:endnote>
  <w:endnote w:type="continuationSeparator" w:id="0">
    <w:p w:rsidR="00583705" w:rsidRDefault="00583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1743DB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1743DB" w:rsidRDefault="00583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1743DB" w:rsidRDefault="0058370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ACE-MS-ARC-012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3705" w:rsidRDefault="00583705">
      <w:pPr>
        <w:spacing w:line="240" w:lineRule="auto"/>
      </w:pPr>
      <w:r>
        <w:separator/>
      </w:r>
    </w:p>
  </w:footnote>
  <w:footnote w:type="continuationSeparator" w:id="0">
    <w:p w:rsidR="00583705" w:rsidRDefault="005837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1743DB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1743DB" w:rsidRDefault="0058370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1743DB" w:rsidRDefault="0058370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1743DB" w:rsidRDefault="0058370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1743DB" w:rsidRDefault="00583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1743DB" w:rsidRDefault="00583705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ACE-MS-ARC-012</w:t>
          </w:r>
        </w:p>
      </w:tc>
    </w:tr>
    <w:tr w:rsidR="001743DB">
      <w:trPr>
        <w:trHeight w:val="283"/>
        <w:jc w:val="center"/>
      </w:trPr>
      <w:tc>
        <w:tcPr>
          <w:tcW w:w="2041" w:type="dxa"/>
          <w:vMerge/>
          <w:vAlign w:val="center"/>
        </w:tcPr>
        <w:p w:rsidR="001743DB" w:rsidRDefault="001743DB"/>
      </w:tc>
      <w:tc>
        <w:tcPr>
          <w:tcW w:w="5669" w:type="dxa"/>
          <w:vMerge/>
          <w:vAlign w:val="center"/>
        </w:tcPr>
        <w:p w:rsidR="001743DB" w:rsidRDefault="001743DB"/>
      </w:tc>
      <w:tc>
        <w:tcPr>
          <w:tcW w:w="1361" w:type="dxa"/>
          <w:shd w:val="clear" w:color="auto" w:fill="F2F2F2"/>
          <w:vAlign w:val="center"/>
        </w:tcPr>
        <w:p w:rsidR="001743DB" w:rsidRDefault="00583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1743DB" w:rsidRDefault="00583705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1743DB">
      <w:trPr>
        <w:trHeight w:val="283"/>
        <w:jc w:val="center"/>
      </w:trPr>
      <w:tc>
        <w:tcPr>
          <w:tcW w:w="2041" w:type="dxa"/>
          <w:vMerge/>
          <w:vAlign w:val="center"/>
        </w:tcPr>
        <w:p w:rsidR="001743DB" w:rsidRDefault="001743DB"/>
      </w:tc>
      <w:tc>
        <w:tcPr>
          <w:tcW w:w="5669" w:type="dxa"/>
          <w:vMerge w:val="restart"/>
          <w:shd w:val="clear" w:color="auto" w:fill="E7E6E6"/>
          <w:vAlign w:val="center"/>
        </w:tcPr>
        <w:p w:rsidR="001743DB" w:rsidRDefault="0058370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القرميد على هيكل معدني</w:t>
          </w:r>
        </w:p>
        <w:p w:rsidR="001743DB" w:rsidRDefault="0058370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Roof Tiles on Steel Frame</w:t>
          </w:r>
        </w:p>
      </w:tc>
      <w:tc>
        <w:tcPr>
          <w:tcW w:w="1361" w:type="dxa"/>
          <w:shd w:val="clear" w:color="auto" w:fill="F2F2F2"/>
          <w:vAlign w:val="center"/>
        </w:tcPr>
        <w:p w:rsidR="001743DB" w:rsidRDefault="00583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1743DB" w:rsidRDefault="0058370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1743DB">
      <w:trPr>
        <w:trHeight w:val="283"/>
        <w:jc w:val="center"/>
      </w:trPr>
      <w:tc>
        <w:tcPr>
          <w:tcW w:w="2041" w:type="dxa"/>
          <w:vMerge/>
          <w:vAlign w:val="center"/>
        </w:tcPr>
        <w:p w:rsidR="001743DB" w:rsidRDefault="001743DB"/>
      </w:tc>
      <w:tc>
        <w:tcPr>
          <w:tcW w:w="5669" w:type="dxa"/>
          <w:vMerge/>
          <w:vAlign w:val="center"/>
        </w:tcPr>
        <w:p w:rsidR="001743DB" w:rsidRDefault="001743DB"/>
      </w:tc>
      <w:tc>
        <w:tcPr>
          <w:tcW w:w="1361" w:type="dxa"/>
          <w:shd w:val="clear" w:color="auto" w:fill="F2F2F2"/>
          <w:vAlign w:val="center"/>
        </w:tcPr>
        <w:p w:rsidR="001743DB" w:rsidRDefault="005837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1743DB" w:rsidRDefault="0058370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1743DB" w:rsidRDefault="001743DB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624760">
    <w:abstractNumId w:val="8"/>
  </w:num>
  <w:num w:numId="2" w16cid:durableId="784427083">
    <w:abstractNumId w:val="6"/>
  </w:num>
  <w:num w:numId="3" w16cid:durableId="1782987812">
    <w:abstractNumId w:val="5"/>
  </w:num>
  <w:num w:numId="4" w16cid:durableId="360474880">
    <w:abstractNumId w:val="4"/>
  </w:num>
  <w:num w:numId="5" w16cid:durableId="1009797891">
    <w:abstractNumId w:val="7"/>
  </w:num>
  <w:num w:numId="6" w16cid:durableId="1892689170">
    <w:abstractNumId w:val="3"/>
  </w:num>
  <w:num w:numId="7" w16cid:durableId="155801536">
    <w:abstractNumId w:val="2"/>
  </w:num>
  <w:num w:numId="8" w16cid:durableId="100498883">
    <w:abstractNumId w:val="1"/>
  </w:num>
  <w:num w:numId="9" w16cid:durableId="39794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3DB"/>
    <w:rsid w:val="0029639D"/>
    <w:rsid w:val="00326F90"/>
    <w:rsid w:val="00583705"/>
    <w:rsid w:val="005C0D99"/>
    <w:rsid w:val="008E09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235B7F8-07BF-49C3-A548-C7FA48DE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ACE_MS-ARC-012_Roof_Tiles_Steel_Frame_20261003_v1.dotx</Template>
  <TotalTime>0</TotalTime>
  <Pages>2</Pages>
  <Words>957</Words>
  <Characters>5456</Characters>
  <Application>Microsoft Office Word</Application>
  <DocSecurity>0</DocSecurity>
  <Lines>45</Lines>
  <Paragraphs>12</Paragraphs>
  <ScaleCrop>false</ScaleCrop>
  <Manager>Ahmed Fathy</Manager>
  <Company>Arab Creators for Engineering Consultancy</Company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ACE-MS-ARC-012 Method Statement: Roof Tiles on Steel Frame</dc:title>
  <dc:subject>تركيب القرميد على هيكل معدني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