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24658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246580" w:rsidRDefault="0023765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246580" w:rsidRDefault="0024658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246580" w:rsidRDefault="0023765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246580" w:rsidRDefault="0024658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246580" w:rsidRDefault="0023765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246580" w:rsidRDefault="00246580">
            <w:pPr>
              <w:bidi/>
              <w:spacing w:line="240" w:lineRule="auto"/>
            </w:pPr>
          </w:p>
        </w:tc>
      </w:tr>
      <w:tr w:rsidR="0024658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246580" w:rsidRDefault="0023765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246580" w:rsidRDefault="0024658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246580" w:rsidRDefault="0023765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246580" w:rsidRDefault="0024658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246580" w:rsidRDefault="0023765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246580" w:rsidRDefault="00246580">
            <w:pPr>
              <w:bidi/>
              <w:spacing w:line="240" w:lineRule="auto"/>
            </w:pPr>
          </w:p>
        </w:tc>
      </w:tr>
    </w:tbl>
    <w:p w:rsidR="00246580" w:rsidRDefault="0024658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4658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246580" w:rsidRDefault="0024658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46580">
        <w:trPr>
          <w:cantSplit/>
          <w:jc w:val="center"/>
        </w:trPr>
        <w:tc>
          <w:tcPr>
            <w:tcW w:w="5216" w:type="dxa"/>
            <w:vAlign w:val="center"/>
          </w:tcPr>
          <w:p w:rsidR="00246580" w:rsidRDefault="00237658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تركيب الرخام والبورسلان للأرضيات والسلالم بطريقتي المونة الأسمنتية واللاصق (الغراء)، ثم الترويب والجلي.</w:t>
            </w:r>
          </w:p>
        </w:tc>
        <w:tc>
          <w:tcPr>
            <w:tcW w:w="5216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installation of marble and porcelain floors and stairs using cement mortar bed or tile adhesive, followed by grouting and polishing.</w:t>
            </w:r>
          </w:p>
        </w:tc>
      </w:tr>
    </w:tbl>
    <w:p w:rsidR="00246580" w:rsidRDefault="0024658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4658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246580" w:rsidRDefault="0024658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24658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246580" w:rsidRDefault="0023765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مواصفات المشروع، تعليمات المصنع، العينة المعتمدة ‏(Mock-up)‏</w:t>
            </w:r>
          </w:p>
        </w:tc>
        <w:tc>
          <w:tcPr>
            <w:tcW w:w="408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Project specifications, manufacturer instructions, approved sample / mock-up</w:t>
            </w:r>
          </w:p>
        </w:tc>
      </w:tr>
      <w:tr w:rsidR="0024658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246580" w:rsidRDefault="0023765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246580" w:rsidRDefault="00237658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ACE-QC-ARC-012   ACE-QC-ARC-013   ACE-QC-ARC-014</w:t>
            </w:r>
          </w:p>
        </w:tc>
      </w:tr>
      <w:tr w:rsidR="0024658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246580" w:rsidRDefault="0023765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246580" w:rsidRDefault="0024658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4658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246580" w:rsidRDefault="0024658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24658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246580" w:rsidRDefault="0023765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24658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246580" w:rsidRDefault="0023765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24658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246580" w:rsidRDefault="0023765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24658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246580" w:rsidRDefault="0023765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24658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246580" w:rsidRDefault="0023765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246580" w:rsidRDefault="0024658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4658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246580" w:rsidRDefault="0024658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246580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46580" w:rsidRDefault="0023765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246580" w:rsidRDefault="00246580">
            <w:pPr>
              <w:keepNext/>
              <w:bidi/>
              <w:spacing w:line="240" w:lineRule="auto"/>
              <w:jc w:val="center"/>
            </w:pPr>
          </w:p>
          <w:p w:rsidR="00246580" w:rsidRDefault="0023765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رخام بسماكة 2 أو 3 سم أو بورسلان مطابق للعينة المعتمدة.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Marble 2 or 3 cm thick or porcelain matching the approved sample.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رمل نظيف للدفان وأسمنت للمونة.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Clean sand for bedding fill and cement for mortar.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لاصق بلاط معتمد ‏(C2 للبورسلان والمقاسات الكبيرة)‏.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Approved tile adhesive (C2 for porcelain and large formats).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ترويبة أسمنتية أو إيبوكسي باللون المعتمد، ومانعة للبكتيريا في المناطق الرطبة.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Cementitious or epoxy grout in approved colour; anti-bacterial in wet areas.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فواصل بلاستيكية ومادة فواصل تمدد.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Tile spacers and movement-joint sealant.</w:t>
            </w:r>
          </w:p>
        </w:tc>
      </w:tr>
    </w:tbl>
    <w:p w:rsidR="00246580" w:rsidRDefault="0024658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4658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246580" w:rsidRDefault="0024658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246580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46580" w:rsidRDefault="0023765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246580" w:rsidRDefault="00246580">
            <w:pPr>
              <w:keepNext/>
              <w:bidi/>
              <w:spacing w:line="240" w:lineRule="auto"/>
              <w:jc w:val="center"/>
            </w:pPr>
          </w:p>
          <w:p w:rsidR="00246580" w:rsidRDefault="0023765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ميزان ليزر وخيط.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Laser level and string line.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ماكينة قص بالمياه.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Wet cutting machine.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مطرقة مطاطية ومسطرين مسنن.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Rubber mallet and notched trowel.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ماكينة جلي وتلميع.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Grinding and polishing machine.</w:t>
            </w:r>
          </w:p>
        </w:tc>
      </w:tr>
    </w:tbl>
    <w:p w:rsidR="00246580" w:rsidRDefault="0024658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4658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246580" w:rsidRDefault="0024658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246580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46580" w:rsidRDefault="0023765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246580" w:rsidRDefault="00246580">
            <w:pPr>
              <w:keepNext/>
              <w:bidi/>
              <w:spacing w:line="240" w:lineRule="auto"/>
              <w:jc w:val="center"/>
            </w:pPr>
          </w:p>
          <w:p w:rsidR="00246580" w:rsidRDefault="0023765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انتهاء البياض والأسقف والتأسيسات بالأرضية واختبارها.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Plastering, ceilings and floor services are complete and tested.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مخطط توزيع البلاط وبداية الصف والفواصل.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Tile layout, starting line and joints approved.</w:t>
            </w:r>
          </w:p>
        </w:tc>
      </w:tr>
    </w:tbl>
    <w:p w:rsidR="00246580" w:rsidRDefault="0024658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4658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lastRenderedPageBreak/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246580" w:rsidRDefault="0024658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246580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46580" w:rsidRDefault="0023765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246580" w:rsidRDefault="00246580">
            <w:pPr>
              <w:keepNext/>
              <w:bidi/>
              <w:spacing w:line="240" w:lineRule="auto"/>
              <w:jc w:val="center"/>
            </w:pPr>
          </w:p>
          <w:p w:rsidR="00246580" w:rsidRDefault="0023765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منسوب التشطيب النهائي في جميع الغرف وتوقيعه على الحوائط.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Set and mark the finished floor level in all rooms.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تنظيف البلاطة وفرد الدفان الرملي ورشه ودمكه (طريقة المونة).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Clean the slab; spread, wet and compact sand fill (mortar method).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خطوط البداية من محاور الغرفة طبقا لمخطط التوزيع، بحيث لا تقل القطع الطرفية عن نصف بلاطة.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Set starting lines from room axes per the layout so border cuts are not less than half a tile.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طريقة المونة: فرش المونة بسماكة 3 إلى 5 سم، ورش لباني أسمنتي، ثم وضع البلاطة والدق حتى المنسوب.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Mortar method: spread 3 to 5 cm mortar bed, apply cement slurry, set and tap tiles to level.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طريقة اللاصق: فرد اللاصق بالمسطرين المسنن على السطح وظهر البلاطة (للمقاسات الكبيرة) لضمان تغطية كاملة.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Adhesive method: comb adhesive on substrate and back-butter large tiles for full coverage.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ضبط الفواصل بالفواصل البلاستيكية والاستواء بالقدة والميزان.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Control joints with spacers and check flatness with straightedge and level.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عمل فواصل التمدد عند الحوائط وكل مساحة محددة بالمواصفات.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Provide movement joints at perimeters and at specified bays.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السلالم: تركيب القائمة ثم النائمة مع ميل بسيط للخارج وشطف الأنف.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Stairs: fix riser then tread with slight outward fall and arrised nosing.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منع المرور 24 ساعة على الأقل، ثم تنظيف الفواصل والترويب.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No traffic for at least 24 hours; then clean joints and grout.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5102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الرخام: الجلي والتلميع بعد انتهاء الأعمال المؤثرة، ثم الحماية حتى التسليم.</w:t>
            </w:r>
          </w:p>
        </w:tc>
        <w:tc>
          <w:tcPr>
            <w:tcW w:w="4932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Marble: grind and polish after disruptive works, then protect until handover.</w:t>
            </w:r>
          </w:p>
        </w:tc>
      </w:tr>
    </w:tbl>
    <w:p w:rsidR="00246580" w:rsidRDefault="0024658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4658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246580" w:rsidRDefault="0024658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246580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46580" w:rsidRDefault="0023765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246580" w:rsidRDefault="00246580">
            <w:pPr>
              <w:keepNext/>
              <w:bidi/>
              <w:spacing w:line="240" w:lineRule="auto"/>
              <w:jc w:val="center"/>
            </w:pPr>
          </w:p>
          <w:p w:rsidR="00246580" w:rsidRDefault="0023765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246580" w:rsidRDefault="0023765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246580" w:rsidRDefault="0023765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منسوب الدفان ودمكه.</w:t>
            </w:r>
          </w:p>
        </w:tc>
        <w:tc>
          <w:tcPr>
            <w:tcW w:w="3515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Bedding fill level and compaction.</w:t>
            </w:r>
          </w:p>
        </w:tc>
        <w:tc>
          <w:tcPr>
            <w:tcW w:w="850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246580" w:rsidRDefault="00237658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246580" w:rsidRDefault="00237658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ACE-QC-ARC-012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مطابقة البلاط للعينة وخلوه من الكسر والاختلاف في اللون.</w:t>
            </w:r>
          </w:p>
        </w:tc>
        <w:tc>
          <w:tcPr>
            <w:tcW w:w="3515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Tiles match sample, no chips or shade variation.</w:t>
            </w:r>
          </w:p>
        </w:tc>
        <w:tc>
          <w:tcPr>
            <w:tcW w:w="850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مراجعة</w:t>
            </w:r>
          </w:p>
          <w:p w:rsidR="00246580" w:rsidRDefault="00237658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Review</w:t>
            </w:r>
          </w:p>
        </w:tc>
        <w:tc>
          <w:tcPr>
            <w:tcW w:w="1701" w:type="dxa"/>
            <w:vAlign w:val="center"/>
          </w:tcPr>
          <w:p w:rsidR="00246580" w:rsidRDefault="00237658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ACE-QC-ARC-013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الاستواء: لا يزيد عن 3 مم تحت قدة 2 م، وفرق المنسوب بين البلاطات لا يزيد عن 1 مم.</w:t>
            </w:r>
          </w:p>
        </w:tc>
        <w:tc>
          <w:tcPr>
            <w:tcW w:w="3515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Flatness ≤ 3 mm under 2 m straightedge; lipping ≤ 1 mm.</w:t>
            </w:r>
          </w:p>
        </w:tc>
        <w:tc>
          <w:tcPr>
            <w:tcW w:w="850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246580" w:rsidRDefault="00237658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246580" w:rsidRDefault="00237658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ACE-QC-ARC-012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عدم وجود فراغات خلف البلاط بالطرق الخفيف.</w:t>
            </w:r>
          </w:p>
        </w:tc>
        <w:tc>
          <w:tcPr>
            <w:tcW w:w="3515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No hollow tiles when tapped.</w:t>
            </w:r>
          </w:p>
        </w:tc>
        <w:tc>
          <w:tcPr>
            <w:tcW w:w="850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246580" w:rsidRDefault="00237658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246580" w:rsidRDefault="00237658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ACE-QC-ARC-013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ارتفاعات ونوائم السلم متساوية.</w:t>
            </w:r>
          </w:p>
        </w:tc>
        <w:tc>
          <w:tcPr>
            <w:tcW w:w="3515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Equal stair risers and treads.</w:t>
            </w:r>
          </w:p>
        </w:tc>
        <w:tc>
          <w:tcPr>
            <w:tcW w:w="850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246580" w:rsidRDefault="00237658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246580" w:rsidRDefault="00237658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ACE-QC-ARC-014</w:t>
            </w:r>
          </w:p>
        </w:tc>
      </w:tr>
    </w:tbl>
    <w:p w:rsidR="00246580" w:rsidRDefault="0024658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4658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46580" w:rsidRDefault="0023765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246580" w:rsidRDefault="0024658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246580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46580" w:rsidRDefault="0023765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246580" w:rsidRDefault="00246580">
            <w:pPr>
              <w:keepNext/>
              <w:bidi/>
              <w:spacing w:line="240" w:lineRule="auto"/>
              <w:jc w:val="center"/>
            </w:pPr>
          </w:p>
          <w:p w:rsidR="00246580" w:rsidRDefault="0023765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246580" w:rsidRDefault="00246580">
            <w:pPr>
              <w:keepNext/>
              <w:bidi/>
              <w:spacing w:line="240" w:lineRule="auto"/>
              <w:jc w:val="center"/>
            </w:pPr>
          </w:p>
          <w:p w:rsidR="00246580" w:rsidRDefault="0023765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غبار القص</w:t>
            </w:r>
          </w:p>
        </w:tc>
        <w:tc>
          <w:tcPr>
            <w:tcW w:w="1984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Cutting dust</w:t>
            </w:r>
          </w:p>
        </w:tc>
        <w:tc>
          <w:tcPr>
            <w:tcW w:w="3061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القص بالمياه وكمامات واقية.</w:t>
            </w:r>
          </w:p>
        </w:tc>
        <w:tc>
          <w:tcPr>
            <w:tcW w:w="2778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Wet cutting and dust masks.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إصابات الركبة والظهر</w:t>
            </w:r>
          </w:p>
        </w:tc>
        <w:tc>
          <w:tcPr>
            <w:tcW w:w="1984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Knee and back injuries</w:t>
            </w:r>
          </w:p>
        </w:tc>
        <w:tc>
          <w:tcPr>
            <w:tcW w:w="3061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واقيات ركبة ورفع المواد الثقيلة بشخصين.</w:t>
            </w:r>
          </w:p>
        </w:tc>
        <w:tc>
          <w:tcPr>
            <w:tcW w:w="2778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Knee pads; two-person lifting for heavy slabs.</w:t>
            </w:r>
          </w:p>
        </w:tc>
      </w:tr>
      <w:tr w:rsidR="00246580">
        <w:trPr>
          <w:cantSplit/>
          <w:jc w:val="center"/>
        </w:trPr>
        <w:tc>
          <w:tcPr>
            <w:tcW w:w="397" w:type="dxa"/>
            <w:vAlign w:val="center"/>
          </w:tcPr>
          <w:p w:rsidR="00246580" w:rsidRDefault="0023765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أدوات القطع الكهربائية</w:t>
            </w:r>
          </w:p>
        </w:tc>
        <w:tc>
          <w:tcPr>
            <w:tcW w:w="1984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Electric cutting tools</w:t>
            </w:r>
          </w:p>
        </w:tc>
        <w:tc>
          <w:tcPr>
            <w:tcW w:w="3061" w:type="dxa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أجهزة سليمة مع قاطع تسرب أرضي.</w:t>
            </w:r>
          </w:p>
        </w:tc>
        <w:tc>
          <w:tcPr>
            <w:tcW w:w="2778" w:type="dxa"/>
            <w:vAlign w:val="center"/>
          </w:tcPr>
          <w:p w:rsidR="00246580" w:rsidRDefault="0023765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Sound tools with RCD protection.</w:t>
            </w:r>
          </w:p>
        </w:tc>
      </w:tr>
    </w:tbl>
    <w:p w:rsidR="00246580" w:rsidRDefault="0024658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246580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46580" w:rsidRDefault="0023765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246580" w:rsidRDefault="00237658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246580" w:rsidRDefault="00246580">
            <w:pPr>
              <w:keepNext/>
              <w:bidi/>
              <w:spacing w:line="240" w:lineRule="auto"/>
            </w:pPr>
          </w:p>
        </w:tc>
      </w:tr>
    </w:tbl>
    <w:p w:rsidR="00246580" w:rsidRDefault="0024658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24658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46580" w:rsidRDefault="0023765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246580" w:rsidRDefault="00237658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246580" w:rsidRDefault="0023765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246580" w:rsidRDefault="0023765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246580" w:rsidRDefault="0023765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246580" w:rsidRDefault="0023765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246580" w:rsidRDefault="0024658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24658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46580" w:rsidRDefault="00237658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246580" w:rsidRDefault="00237658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246580" w:rsidRDefault="0023765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246580" w:rsidRDefault="0023765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46580" w:rsidRDefault="0023765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246580" w:rsidRDefault="0023765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246580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46580" w:rsidRDefault="0023765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246580" w:rsidRDefault="0023765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246580" w:rsidRDefault="0023765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46580" w:rsidRDefault="0023765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46580" w:rsidRDefault="0023765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46580" w:rsidRDefault="0023765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46580" w:rsidRDefault="0023765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46580" w:rsidRDefault="0023765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46580" w:rsidRDefault="0023765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46580" w:rsidRDefault="0023765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46580" w:rsidRDefault="0023765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246580" w:rsidRDefault="00246580">
      <w:pPr>
        <w:spacing w:line="20" w:lineRule="exact"/>
      </w:pPr>
    </w:p>
    <w:sectPr w:rsidR="00246580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37658" w:rsidRDefault="00237658">
      <w:pPr>
        <w:spacing w:line="240" w:lineRule="auto"/>
      </w:pPr>
      <w:r>
        <w:separator/>
      </w:r>
    </w:p>
  </w:endnote>
  <w:endnote w:type="continuationSeparator" w:id="0">
    <w:p w:rsidR="00237658" w:rsidRDefault="002376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246580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246580" w:rsidRDefault="0023765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246580" w:rsidRDefault="00237658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ACE-MS-ARC-005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37658" w:rsidRDefault="00237658">
      <w:pPr>
        <w:spacing w:line="240" w:lineRule="auto"/>
      </w:pPr>
      <w:r>
        <w:separator/>
      </w:r>
    </w:p>
  </w:footnote>
  <w:footnote w:type="continuationSeparator" w:id="0">
    <w:p w:rsidR="00237658" w:rsidRDefault="002376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246580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246580" w:rsidRDefault="00237658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246580" w:rsidRDefault="00237658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246580" w:rsidRDefault="0023765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246580" w:rsidRDefault="0023765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246580" w:rsidRDefault="00237658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ACE-MS-ARC-005</w:t>
          </w:r>
        </w:p>
      </w:tc>
    </w:tr>
    <w:tr w:rsidR="00246580">
      <w:trPr>
        <w:trHeight w:val="283"/>
        <w:jc w:val="center"/>
      </w:trPr>
      <w:tc>
        <w:tcPr>
          <w:tcW w:w="2041" w:type="dxa"/>
          <w:vMerge/>
          <w:vAlign w:val="center"/>
        </w:tcPr>
        <w:p w:rsidR="00246580" w:rsidRDefault="00246580"/>
      </w:tc>
      <w:tc>
        <w:tcPr>
          <w:tcW w:w="5669" w:type="dxa"/>
          <w:vMerge/>
          <w:vAlign w:val="center"/>
        </w:tcPr>
        <w:p w:rsidR="00246580" w:rsidRDefault="00246580"/>
      </w:tc>
      <w:tc>
        <w:tcPr>
          <w:tcW w:w="1361" w:type="dxa"/>
          <w:shd w:val="clear" w:color="auto" w:fill="F2F2F2"/>
          <w:vAlign w:val="center"/>
        </w:tcPr>
        <w:p w:rsidR="00246580" w:rsidRDefault="0023765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246580" w:rsidRDefault="00237658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246580">
      <w:trPr>
        <w:trHeight w:val="283"/>
        <w:jc w:val="center"/>
      </w:trPr>
      <w:tc>
        <w:tcPr>
          <w:tcW w:w="2041" w:type="dxa"/>
          <w:vMerge/>
          <w:vAlign w:val="center"/>
        </w:tcPr>
        <w:p w:rsidR="00246580" w:rsidRDefault="00246580"/>
      </w:tc>
      <w:tc>
        <w:tcPr>
          <w:tcW w:w="5669" w:type="dxa"/>
          <w:vMerge w:val="restart"/>
          <w:shd w:val="clear" w:color="auto" w:fill="E7E6E6"/>
          <w:vAlign w:val="center"/>
        </w:tcPr>
        <w:p w:rsidR="00246580" w:rsidRDefault="00237658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تركيب أرضيات الرخام والبورسلان</w:t>
          </w:r>
        </w:p>
        <w:p w:rsidR="00246580" w:rsidRDefault="0023765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Marble and Porcelain Floor Installation</w:t>
          </w:r>
        </w:p>
      </w:tc>
      <w:tc>
        <w:tcPr>
          <w:tcW w:w="1361" w:type="dxa"/>
          <w:shd w:val="clear" w:color="auto" w:fill="F2F2F2"/>
          <w:vAlign w:val="center"/>
        </w:tcPr>
        <w:p w:rsidR="00246580" w:rsidRDefault="0023765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246580" w:rsidRDefault="00237658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246580">
      <w:trPr>
        <w:trHeight w:val="283"/>
        <w:jc w:val="center"/>
      </w:trPr>
      <w:tc>
        <w:tcPr>
          <w:tcW w:w="2041" w:type="dxa"/>
          <w:vMerge/>
          <w:vAlign w:val="center"/>
        </w:tcPr>
        <w:p w:rsidR="00246580" w:rsidRDefault="00246580"/>
      </w:tc>
      <w:tc>
        <w:tcPr>
          <w:tcW w:w="5669" w:type="dxa"/>
          <w:vMerge/>
          <w:vAlign w:val="center"/>
        </w:tcPr>
        <w:p w:rsidR="00246580" w:rsidRDefault="00246580"/>
      </w:tc>
      <w:tc>
        <w:tcPr>
          <w:tcW w:w="1361" w:type="dxa"/>
          <w:shd w:val="clear" w:color="auto" w:fill="F2F2F2"/>
          <w:vAlign w:val="center"/>
        </w:tcPr>
        <w:p w:rsidR="00246580" w:rsidRDefault="0023765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246580" w:rsidRDefault="00237658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246580" w:rsidRDefault="00246580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5529357">
    <w:abstractNumId w:val="8"/>
  </w:num>
  <w:num w:numId="2" w16cid:durableId="2123644580">
    <w:abstractNumId w:val="6"/>
  </w:num>
  <w:num w:numId="3" w16cid:durableId="1636522515">
    <w:abstractNumId w:val="5"/>
  </w:num>
  <w:num w:numId="4" w16cid:durableId="1369332132">
    <w:abstractNumId w:val="4"/>
  </w:num>
  <w:num w:numId="5" w16cid:durableId="293558260">
    <w:abstractNumId w:val="7"/>
  </w:num>
  <w:num w:numId="6" w16cid:durableId="1658261126">
    <w:abstractNumId w:val="3"/>
  </w:num>
  <w:num w:numId="7" w16cid:durableId="129979886">
    <w:abstractNumId w:val="2"/>
  </w:num>
  <w:num w:numId="8" w16cid:durableId="1991784672">
    <w:abstractNumId w:val="1"/>
  </w:num>
  <w:num w:numId="9" w16cid:durableId="1788310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7658"/>
    <w:rsid w:val="00246580"/>
    <w:rsid w:val="0029639D"/>
    <w:rsid w:val="002B2748"/>
    <w:rsid w:val="00326F90"/>
    <w:rsid w:val="005C0D9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E256287-EEAD-4D81-A11E-D4CE78867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ACE_MS-ARC-005_Marble_Porcelain_Flooring_20261003_v1.dotx</Template>
  <TotalTime>0</TotalTime>
  <Pages>2</Pages>
  <Words>1057</Words>
  <Characters>6025</Characters>
  <Application>Microsoft Office Word</Application>
  <DocSecurity>0</DocSecurity>
  <Lines>50</Lines>
  <Paragraphs>14</Paragraphs>
  <ScaleCrop>false</ScaleCrop>
  <Manager>Ahmed Fathy</Manager>
  <Company>Arab Creators for Engineering Consultancy</Company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ACE-MS-ARC-005 Method Statement: Marble and Porcelain Floor Installation</dc:title>
  <dc:subject>تركيب أرضيات الرخام والبورسلان</dc:subject>
  <dc:creator>Ahmed Fathy</dc:creator>
  <cp:keywords>Method Statement; ITP; QC</cp:keywords>
  <dc:description/>
  <cp:lastModifiedBy>Ahmed Fathy</cp:lastModifiedBy>
  <cp:revision>2</cp:revision>
  <dcterms:created xsi:type="dcterms:W3CDTF">2026-11-03T20:20:00Z</dcterms:created>
  <dcterms:modified xsi:type="dcterms:W3CDTF">2026-11-03T20:20:00Z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