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C5290" w14:textId="77777777" w:rsidR="00504789" w:rsidRDefault="003E14F7">
      <w:pPr>
        <w:keepNext/>
        <w:bidi/>
        <w:spacing w:after="120"/>
        <w:jc w:val="center"/>
        <w:rPr>
          <w:rFonts w:hint="eastAsia"/>
        </w:rPr>
      </w:pPr>
      <w:r>
        <w:rPr>
          <w:b/>
          <w:bCs/>
          <w:color w:val="052976"/>
          <w:sz w:val="40"/>
          <w:szCs w:val="40"/>
          <w:rtl/>
        </w:rPr>
        <w:t>نماذج خطابات الرفض الفني والرد على المطالبات</w:t>
      </w:r>
    </w:p>
    <w:p w14:paraId="11D80F8B" w14:textId="77777777" w:rsidR="00504789" w:rsidRDefault="003E14F7">
      <w:pPr>
        <w:bidi/>
        <w:spacing w:after="80"/>
        <w:jc w:val="center"/>
        <w:rPr>
          <w:rFonts w:hint="eastAsia"/>
        </w:rPr>
      </w:pPr>
      <w:r>
        <w:rPr>
          <w:color w:val="5B6475"/>
          <w:rtl/>
        </w:rPr>
        <w:t>المبدعون العرب للاستشارات الهندسية، بصفتها الاستشاري المشرف</w:t>
      </w:r>
    </w:p>
    <w:p w14:paraId="28D907F0" w14:textId="77777777" w:rsidR="00504789" w:rsidRDefault="003E14F7">
      <w:pPr>
        <w:bidi/>
        <w:jc w:val="center"/>
        <w:rPr>
          <w:rFonts w:hint="eastAsia"/>
        </w:rPr>
      </w:pPr>
      <w:r>
        <w:rPr>
          <w:color w:val="5B6475"/>
          <w:sz w:val="20"/>
          <w:szCs w:val="20"/>
          <w:rtl/>
        </w:rPr>
        <w:t>الإصدار v1، 2026-10-05</w:t>
      </w:r>
    </w:p>
    <w:p w14:paraId="29123DC2"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1. الغرض وطريقة الاستخدام</w:t>
      </w:r>
    </w:p>
    <w:p w14:paraId="3BD7FE77" w14:textId="77777777" w:rsidR="00504789" w:rsidRDefault="003E14F7">
      <w:pPr>
        <w:bidi/>
        <w:spacing w:after="80"/>
        <w:rPr>
          <w:rFonts w:hint="eastAsia"/>
        </w:rPr>
      </w:pPr>
      <w:r>
        <w:rPr>
          <w:sz w:val="21"/>
          <w:szCs w:val="21"/>
          <w:rtl/>
        </w:rPr>
        <w:t>1.1 تضم هذه الوثيقة 12 نموذجا رسميا لخطابات جهاز الإشراف إلى المقاول، وترتبط برقم النموذج في عمود رقم نموذج الخطاب بملف المرجع ACE_Claims_Rejection_Reference_20261005_v1.xlsx.</w:t>
      </w:r>
    </w:p>
    <w:p w14:paraId="6849DD8A" w14:textId="77777777" w:rsidR="00504789" w:rsidRDefault="003E14F7">
      <w:pPr>
        <w:bidi/>
        <w:spacing w:after="80"/>
        <w:rPr>
          <w:rFonts w:hint="eastAsia"/>
        </w:rPr>
      </w:pPr>
      <w:r>
        <w:rPr>
          <w:sz w:val="21"/>
          <w:szCs w:val="21"/>
          <w:rtl/>
        </w:rPr>
        <w:t>1.2 تملأ الحقول بين الأقواس المربعة [ ] من صف السيناريو في ورقة Reference أو من فقرات ورقة Letter_Generator، ثم تحذف الأقواس قبل الإصدار.</w:t>
      </w:r>
    </w:p>
    <w:p w14:paraId="74C4EDD1" w14:textId="77777777" w:rsidR="00504789" w:rsidRDefault="003E14F7">
      <w:pPr>
        <w:bidi/>
        <w:spacing w:after="80"/>
        <w:rPr>
          <w:rFonts w:hint="eastAsia"/>
        </w:rPr>
      </w:pPr>
      <w:r>
        <w:rPr>
          <w:sz w:val="21"/>
          <w:szCs w:val="21"/>
          <w:rtl/>
        </w:rPr>
        <w:t>1.3 يذكر المعيار والقيمة والمرجع كما في المرجع المعتمد بالعقد، وتقدم مواصفات العقد عند الاختلاف مع القيم المرجعية.</w:t>
      </w:r>
    </w:p>
    <w:p w14:paraId="41E46057" w14:textId="77777777" w:rsidR="00504789" w:rsidRDefault="003E14F7">
      <w:pPr>
        <w:bidi/>
        <w:spacing w:after="80"/>
        <w:rPr>
          <w:rFonts w:hint="eastAsia"/>
        </w:rPr>
      </w:pPr>
      <w:r>
        <w:rPr>
          <w:sz w:val="21"/>
          <w:szCs w:val="21"/>
          <w:rtl/>
        </w:rPr>
        <w:t>1.4 يرقم الخطاب بصيغة ACE/رمز المشروع/رقم النموذج/مسلسل، ويذكر رقم السيناريو بصيغة CLM-000 في خانة المرجع.</w:t>
      </w:r>
    </w:p>
    <w:p w14:paraId="7150B55B" w14:textId="77777777" w:rsidR="00504789" w:rsidRDefault="003E14F7">
      <w:pPr>
        <w:bidi/>
        <w:spacing w:after="80"/>
        <w:rPr>
          <w:rFonts w:hint="eastAsia"/>
        </w:rPr>
      </w:pPr>
      <w:r>
        <w:rPr>
          <w:sz w:val="21"/>
          <w:szCs w:val="21"/>
          <w:rtl/>
        </w:rPr>
        <w:t>1.5 تصدر الخطابات على ورق ACE الرسمي وتحفظ في سجل المراسلات، وفي سجل عدم المطابقة أو سجل المطالبات أو سجل الاستلام حسب نوع النموذج.</w:t>
      </w:r>
    </w:p>
    <w:p w14:paraId="404A5666"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2. فهرس النماذج</w:t>
      </w:r>
    </w:p>
    <w:tbl>
      <w:tblPr>
        <w:tblStyle w:val="TableGrid"/>
        <w:bidiVisual/>
        <w:tblW w:w="0" w:type="auto"/>
        <w:jc w:val="center"/>
        <w:tblLayout w:type="fixed"/>
        <w:tblLook w:val="04A0" w:firstRow="1" w:lastRow="0" w:firstColumn="1" w:lastColumn="0" w:noHBand="0" w:noVBand="1"/>
      </w:tblPr>
      <w:tblGrid>
        <w:gridCol w:w="907"/>
        <w:gridCol w:w="3402"/>
        <w:gridCol w:w="4195"/>
        <w:gridCol w:w="1474"/>
      </w:tblGrid>
      <w:tr w:rsidR="00504789" w14:paraId="444E2402" w14:textId="77777777">
        <w:trPr>
          <w:cantSplit/>
          <w:tblHeader/>
          <w:jc w:val="center"/>
        </w:trPr>
        <w:tc>
          <w:tcPr>
            <w:tcW w:w="907" w:type="dxa"/>
            <w:shd w:val="clear" w:color="auto" w:fill="052976"/>
          </w:tcPr>
          <w:p w14:paraId="7EE16815" w14:textId="77777777" w:rsidR="00504789" w:rsidRDefault="003E14F7">
            <w:pPr>
              <w:bidi/>
              <w:jc w:val="center"/>
              <w:rPr>
                <w:rFonts w:hint="eastAsia"/>
              </w:rPr>
            </w:pPr>
            <w:r>
              <w:rPr>
                <w:b/>
                <w:bCs/>
                <w:color w:val="FFFFFF"/>
                <w:sz w:val="19"/>
                <w:szCs w:val="19"/>
                <w:rtl/>
              </w:rPr>
              <w:t>الرقم</w:t>
            </w:r>
          </w:p>
        </w:tc>
        <w:tc>
          <w:tcPr>
            <w:tcW w:w="3402" w:type="dxa"/>
            <w:shd w:val="clear" w:color="auto" w:fill="052976"/>
          </w:tcPr>
          <w:p w14:paraId="2862F673" w14:textId="77777777" w:rsidR="00504789" w:rsidRDefault="003E14F7">
            <w:pPr>
              <w:bidi/>
              <w:jc w:val="center"/>
              <w:rPr>
                <w:rFonts w:hint="eastAsia"/>
              </w:rPr>
            </w:pPr>
            <w:r>
              <w:rPr>
                <w:b/>
                <w:bCs/>
                <w:color w:val="FFFFFF"/>
                <w:sz w:val="19"/>
                <w:szCs w:val="19"/>
                <w:rtl/>
              </w:rPr>
              <w:t>النموذج</w:t>
            </w:r>
          </w:p>
        </w:tc>
        <w:tc>
          <w:tcPr>
            <w:tcW w:w="4195" w:type="dxa"/>
            <w:shd w:val="clear" w:color="auto" w:fill="052976"/>
          </w:tcPr>
          <w:p w14:paraId="77956753" w14:textId="77777777" w:rsidR="00504789" w:rsidRDefault="003E14F7">
            <w:pPr>
              <w:bidi/>
              <w:jc w:val="center"/>
              <w:rPr>
                <w:rFonts w:hint="eastAsia"/>
              </w:rPr>
            </w:pPr>
            <w:r>
              <w:rPr>
                <w:b/>
                <w:bCs/>
                <w:color w:val="FFFFFF"/>
                <w:sz w:val="19"/>
                <w:szCs w:val="19"/>
                <w:rtl/>
              </w:rPr>
              <w:t>الاستخدام</w:t>
            </w:r>
          </w:p>
        </w:tc>
        <w:tc>
          <w:tcPr>
            <w:tcW w:w="1474" w:type="dxa"/>
            <w:shd w:val="clear" w:color="auto" w:fill="052976"/>
          </w:tcPr>
          <w:p w14:paraId="39A9DB48" w14:textId="77777777" w:rsidR="00504789" w:rsidRDefault="003E14F7">
            <w:pPr>
              <w:bidi/>
              <w:jc w:val="center"/>
              <w:rPr>
                <w:rFonts w:hint="eastAsia"/>
              </w:rPr>
            </w:pPr>
            <w:r>
              <w:rPr>
                <w:b/>
                <w:bCs/>
                <w:color w:val="FFFFFF"/>
                <w:sz w:val="19"/>
                <w:szCs w:val="19"/>
                <w:rtl/>
              </w:rPr>
              <w:t>سيناريوهات مرتبطة</w:t>
            </w:r>
          </w:p>
        </w:tc>
      </w:tr>
      <w:tr w:rsidR="00504789" w14:paraId="5FA229CA" w14:textId="77777777">
        <w:trPr>
          <w:cantSplit/>
          <w:jc w:val="center"/>
        </w:trPr>
        <w:tc>
          <w:tcPr>
            <w:tcW w:w="907" w:type="dxa"/>
          </w:tcPr>
          <w:p w14:paraId="04C84C2D" w14:textId="77777777" w:rsidR="00504789" w:rsidRDefault="003E14F7">
            <w:pPr>
              <w:bidi/>
              <w:jc w:val="center"/>
              <w:rPr>
                <w:rFonts w:hint="eastAsia"/>
              </w:rPr>
            </w:pPr>
            <w:r>
              <w:rPr>
                <w:sz w:val="19"/>
                <w:szCs w:val="19"/>
                <w:rtl/>
              </w:rPr>
              <w:t>L01</w:t>
            </w:r>
          </w:p>
        </w:tc>
        <w:tc>
          <w:tcPr>
            <w:tcW w:w="3402" w:type="dxa"/>
          </w:tcPr>
          <w:p w14:paraId="131F1FF6" w14:textId="77777777" w:rsidR="00504789" w:rsidRDefault="003E14F7">
            <w:pPr>
              <w:bidi/>
              <w:rPr>
                <w:rFonts w:hint="eastAsia"/>
              </w:rPr>
            </w:pPr>
            <w:r>
              <w:rPr>
                <w:sz w:val="19"/>
                <w:szCs w:val="19"/>
                <w:rtl/>
              </w:rPr>
              <w:t>إشعار عدم مطابقة NCR</w:t>
            </w:r>
          </w:p>
        </w:tc>
        <w:tc>
          <w:tcPr>
            <w:tcW w:w="4195" w:type="dxa"/>
          </w:tcPr>
          <w:p w14:paraId="2C19CA07" w14:textId="77777777" w:rsidR="00504789" w:rsidRDefault="003E14F7">
            <w:pPr>
              <w:bidi/>
              <w:rPr>
                <w:rFonts w:hint="eastAsia"/>
              </w:rPr>
            </w:pPr>
            <w:r>
              <w:rPr>
                <w:sz w:val="19"/>
                <w:szCs w:val="19"/>
                <w:rtl/>
              </w:rPr>
              <w:t>تسجيل مخالفة فنية وطلب تصحيحها قبل الاستلام</w:t>
            </w:r>
          </w:p>
        </w:tc>
        <w:tc>
          <w:tcPr>
            <w:tcW w:w="1474" w:type="dxa"/>
          </w:tcPr>
          <w:p w14:paraId="74684814" w14:textId="77777777" w:rsidR="00504789" w:rsidRDefault="003E14F7">
            <w:pPr>
              <w:bidi/>
              <w:jc w:val="center"/>
              <w:rPr>
                <w:rFonts w:hint="eastAsia"/>
              </w:rPr>
            </w:pPr>
            <w:r>
              <w:rPr>
                <w:sz w:val="19"/>
                <w:szCs w:val="19"/>
                <w:rtl/>
              </w:rPr>
              <w:t>41</w:t>
            </w:r>
          </w:p>
        </w:tc>
      </w:tr>
      <w:tr w:rsidR="00504789" w14:paraId="75373BB7" w14:textId="77777777">
        <w:trPr>
          <w:cantSplit/>
          <w:jc w:val="center"/>
        </w:trPr>
        <w:tc>
          <w:tcPr>
            <w:tcW w:w="907" w:type="dxa"/>
            <w:shd w:val="clear" w:color="auto" w:fill="EEF1FA"/>
          </w:tcPr>
          <w:p w14:paraId="6B2A1467" w14:textId="77777777" w:rsidR="00504789" w:rsidRDefault="003E14F7">
            <w:pPr>
              <w:bidi/>
              <w:jc w:val="center"/>
              <w:rPr>
                <w:rFonts w:hint="eastAsia"/>
              </w:rPr>
            </w:pPr>
            <w:r>
              <w:rPr>
                <w:sz w:val="19"/>
                <w:szCs w:val="19"/>
                <w:rtl/>
              </w:rPr>
              <w:t>L02</w:t>
            </w:r>
          </w:p>
        </w:tc>
        <w:tc>
          <w:tcPr>
            <w:tcW w:w="3402" w:type="dxa"/>
            <w:shd w:val="clear" w:color="auto" w:fill="EEF1FA"/>
          </w:tcPr>
          <w:p w14:paraId="485DB472" w14:textId="77777777" w:rsidR="00504789" w:rsidRDefault="003E14F7">
            <w:pPr>
              <w:bidi/>
              <w:rPr>
                <w:rFonts w:hint="eastAsia"/>
              </w:rPr>
            </w:pPr>
            <w:r>
              <w:rPr>
                <w:sz w:val="19"/>
                <w:szCs w:val="19"/>
                <w:rtl/>
              </w:rPr>
              <w:t>رفض مواد موردة</w:t>
            </w:r>
          </w:p>
        </w:tc>
        <w:tc>
          <w:tcPr>
            <w:tcW w:w="4195" w:type="dxa"/>
            <w:shd w:val="clear" w:color="auto" w:fill="EEF1FA"/>
          </w:tcPr>
          <w:p w14:paraId="4DE04B29" w14:textId="77777777" w:rsidR="00504789" w:rsidRDefault="003E14F7">
            <w:pPr>
              <w:bidi/>
              <w:rPr>
                <w:rFonts w:hint="eastAsia"/>
              </w:rPr>
            </w:pPr>
            <w:r>
              <w:rPr>
                <w:sz w:val="19"/>
                <w:szCs w:val="19"/>
                <w:rtl/>
              </w:rPr>
              <w:t>رفض مادة أو حمولة غير مطابقة وإبعادها عن الموقع</w:t>
            </w:r>
          </w:p>
        </w:tc>
        <w:tc>
          <w:tcPr>
            <w:tcW w:w="1474" w:type="dxa"/>
            <w:shd w:val="clear" w:color="auto" w:fill="EEF1FA"/>
          </w:tcPr>
          <w:p w14:paraId="30B04441" w14:textId="77777777" w:rsidR="00504789" w:rsidRDefault="003E14F7">
            <w:pPr>
              <w:bidi/>
              <w:jc w:val="center"/>
              <w:rPr>
                <w:rFonts w:hint="eastAsia"/>
              </w:rPr>
            </w:pPr>
            <w:r>
              <w:rPr>
                <w:sz w:val="19"/>
                <w:szCs w:val="19"/>
                <w:rtl/>
              </w:rPr>
              <w:t>21</w:t>
            </w:r>
          </w:p>
        </w:tc>
      </w:tr>
      <w:tr w:rsidR="00504789" w14:paraId="55EB1D0B" w14:textId="77777777">
        <w:trPr>
          <w:cantSplit/>
          <w:jc w:val="center"/>
        </w:trPr>
        <w:tc>
          <w:tcPr>
            <w:tcW w:w="907" w:type="dxa"/>
          </w:tcPr>
          <w:p w14:paraId="62FACDF8" w14:textId="77777777" w:rsidR="00504789" w:rsidRDefault="003E14F7">
            <w:pPr>
              <w:bidi/>
              <w:jc w:val="center"/>
              <w:rPr>
                <w:rFonts w:hint="eastAsia"/>
              </w:rPr>
            </w:pPr>
            <w:r>
              <w:rPr>
                <w:sz w:val="19"/>
                <w:szCs w:val="19"/>
                <w:rtl/>
              </w:rPr>
              <w:t>L03</w:t>
            </w:r>
          </w:p>
        </w:tc>
        <w:tc>
          <w:tcPr>
            <w:tcW w:w="3402" w:type="dxa"/>
          </w:tcPr>
          <w:p w14:paraId="4ABC91EA" w14:textId="77777777" w:rsidR="00504789" w:rsidRDefault="003E14F7">
            <w:pPr>
              <w:bidi/>
              <w:rPr>
                <w:rFonts w:hint="eastAsia"/>
              </w:rPr>
            </w:pPr>
            <w:r>
              <w:rPr>
                <w:sz w:val="19"/>
                <w:szCs w:val="19"/>
                <w:rtl/>
              </w:rPr>
              <w:t>رفض أعمال مع الإزالة</w:t>
            </w:r>
          </w:p>
        </w:tc>
        <w:tc>
          <w:tcPr>
            <w:tcW w:w="4195" w:type="dxa"/>
          </w:tcPr>
          <w:p w14:paraId="3F368A49" w14:textId="77777777" w:rsidR="00504789" w:rsidRDefault="003E14F7">
            <w:pPr>
              <w:bidi/>
              <w:rPr>
                <w:rFonts w:hint="eastAsia"/>
              </w:rPr>
            </w:pPr>
            <w:r>
              <w:rPr>
                <w:sz w:val="19"/>
                <w:szCs w:val="19"/>
                <w:rtl/>
              </w:rPr>
              <w:t>رفض عمل منفذ وإلزام المقاول بإزالته وإعادة تنفيذه</w:t>
            </w:r>
          </w:p>
        </w:tc>
        <w:tc>
          <w:tcPr>
            <w:tcW w:w="1474" w:type="dxa"/>
          </w:tcPr>
          <w:p w14:paraId="2A63E8EA" w14:textId="77777777" w:rsidR="00504789" w:rsidRDefault="003E14F7">
            <w:pPr>
              <w:bidi/>
              <w:jc w:val="center"/>
              <w:rPr>
                <w:rFonts w:hint="eastAsia"/>
              </w:rPr>
            </w:pPr>
            <w:r>
              <w:rPr>
                <w:sz w:val="19"/>
                <w:szCs w:val="19"/>
                <w:rtl/>
              </w:rPr>
              <w:t>41</w:t>
            </w:r>
          </w:p>
        </w:tc>
      </w:tr>
      <w:tr w:rsidR="00504789" w14:paraId="7DB1561F" w14:textId="77777777">
        <w:trPr>
          <w:cantSplit/>
          <w:jc w:val="center"/>
        </w:trPr>
        <w:tc>
          <w:tcPr>
            <w:tcW w:w="907" w:type="dxa"/>
            <w:shd w:val="clear" w:color="auto" w:fill="EEF1FA"/>
          </w:tcPr>
          <w:p w14:paraId="37C60623" w14:textId="77777777" w:rsidR="00504789" w:rsidRDefault="003E14F7">
            <w:pPr>
              <w:bidi/>
              <w:jc w:val="center"/>
              <w:rPr>
                <w:rFonts w:hint="eastAsia"/>
              </w:rPr>
            </w:pPr>
            <w:r>
              <w:rPr>
                <w:sz w:val="19"/>
                <w:szCs w:val="19"/>
                <w:rtl/>
              </w:rPr>
              <w:t>L04</w:t>
            </w:r>
          </w:p>
        </w:tc>
        <w:tc>
          <w:tcPr>
            <w:tcW w:w="3402" w:type="dxa"/>
            <w:shd w:val="clear" w:color="auto" w:fill="EEF1FA"/>
          </w:tcPr>
          <w:p w14:paraId="42E65012" w14:textId="77777777" w:rsidR="00504789" w:rsidRDefault="003E14F7">
            <w:pPr>
              <w:bidi/>
              <w:rPr>
                <w:rFonts w:hint="eastAsia"/>
              </w:rPr>
            </w:pPr>
            <w:r>
              <w:rPr>
                <w:sz w:val="19"/>
                <w:szCs w:val="19"/>
                <w:rtl/>
              </w:rPr>
              <w:t>قبول مشروط بمعالجة</w:t>
            </w:r>
          </w:p>
        </w:tc>
        <w:tc>
          <w:tcPr>
            <w:tcW w:w="4195" w:type="dxa"/>
            <w:shd w:val="clear" w:color="auto" w:fill="EEF1FA"/>
          </w:tcPr>
          <w:p w14:paraId="189A96D6" w14:textId="77777777" w:rsidR="00504789" w:rsidRDefault="003E14F7">
            <w:pPr>
              <w:bidi/>
              <w:rPr>
                <w:rFonts w:hint="eastAsia"/>
              </w:rPr>
            </w:pPr>
            <w:r>
              <w:rPr>
                <w:sz w:val="19"/>
                <w:szCs w:val="19"/>
                <w:rtl/>
              </w:rPr>
              <w:t>قبول العمل بشرط تنفيذ معالجة معتمدة</w:t>
            </w:r>
          </w:p>
        </w:tc>
        <w:tc>
          <w:tcPr>
            <w:tcW w:w="1474" w:type="dxa"/>
            <w:shd w:val="clear" w:color="auto" w:fill="EEF1FA"/>
          </w:tcPr>
          <w:p w14:paraId="7D99507A" w14:textId="77777777" w:rsidR="00504789" w:rsidRDefault="003E14F7">
            <w:pPr>
              <w:bidi/>
              <w:jc w:val="center"/>
              <w:rPr>
                <w:rFonts w:hint="eastAsia"/>
              </w:rPr>
            </w:pPr>
            <w:r>
              <w:rPr>
                <w:sz w:val="19"/>
                <w:szCs w:val="19"/>
                <w:rtl/>
              </w:rPr>
              <w:t>22</w:t>
            </w:r>
          </w:p>
        </w:tc>
      </w:tr>
      <w:tr w:rsidR="00504789" w14:paraId="25C61BA0" w14:textId="77777777">
        <w:trPr>
          <w:cantSplit/>
          <w:jc w:val="center"/>
        </w:trPr>
        <w:tc>
          <w:tcPr>
            <w:tcW w:w="907" w:type="dxa"/>
          </w:tcPr>
          <w:p w14:paraId="1741E291" w14:textId="77777777" w:rsidR="00504789" w:rsidRDefault="003E14F7">
            <w:pPr>
              <w:bidi/>
              <w:jc w:val="center"/>
              <w:rPr>
                <w:rFonts w:hint="eastAsia"/>
              </w:rPr>
            </w:pPr>
            <w:r>
              <w:rPr>
                <w:sz w:val="19"/>
                <w:szCs w:val="19"/>
                <w:rtl/>
              </w:rPr>
              <w:t>L05</w:t>
            </w:r>
          </w:p>
        </w:tc>
        <w:tc>
          <w:tcPr>
            <w:tcW w:w="3402" w:type="dxa"/>
          </w:tcPr>
          <w:p w14:paraId="559D9F87" w14:textId="77777777" w:rsidR="00504789" w:rsidRDefault="003E14F7">
            <w:pPr>
              <w:bidi/>
              <w:rPr>
                <w:rFonts w:hint="eastAsia"/>
              </w:rPr>
            </w:pPr>
            <w:r>
              <w:rPr>
                <w:sz w:val="19"/>
                <w:szCs w:val="19"/>
                <w:rtl/>
              </w:rPr>
              <w:t>طلب اختبار قلب خرساني على حساب المقاول</w:t>
            </w:r>
          </w:p>
        </w:tc>
        <w:tc>
          <w:tcPr>
            <w:tcW w:w="4195" w:type="dxa"/>
          </w:tcPr>
          <w:p w14:paraId="1AFDE97E" w14:textId="77777777" w:rsidR="00504789" w:rsidRDefault="003E14F7">
            <w:pPr>
              <w:bidi/>
              <w:rPr>
                <w:rFonts w:hint="eastAsia"/>
              </w:rPr>
            </w:pPr>
            <w:r>
              <w:rPr>
                <w:sz w:val="19"/>
                <w:szCs w:val="19"/>
                <w:rtl/>
              </w:rPr>
              <w:t>طلب اختبارات إضافية لإثبات المطابقة</w:t>
            </w:r>
          </w:p>
        </w:tc>
        <w:tc>
          <w:tcPr>
            <w:tcW w:w="1474" w:type="dxa"/>
          </w:tcPr>
          <w:p w14:paraId="19F34C62" w14:textId="77777777" w:rsidR="00504789" w:rsidRDefault="003E14F7">
            <w:pPr>
              <w:bidi/>
              <w:jc w:val="center"/>
              <w:rPr>
                <w:rFonts w:hint="eastAsia"/>
              </w:rPr>
            </w:pPr>
            <w:r>
              <w:rPr>
                <w:sz w:val="19"/>
                <w:szCs w:val="19"/>
                <w:rtl/>
              </w:rPr>
              <w:t>10</w:t>
            </w:r>
          </w:p>
        </w:tc>
      </w:tr>
      <w:tr w:rsidR="00504789" w14:paraId="70C83DBE" w14:textId="77777777">
        <w:trPr>
          <w:cantSplit/>
          <w:jc w:val="center"/>
        </w:trPr>
        <w:tc>
          <w:tcPr>
            <w:tcW w:w="907" w:type="dxa"/>
            <w:shd w:val="clear" w:color="auto" w:fill="EEF1FA"/>
          </w:tcPr>
          <w:p w14:paraId="3C1EA2AA" w14:textId="77777777" w:rsidR="00504789" w:rsidRDefault="003E14F7">
            <w:pPr>
              <w:bidi/>
              <w:jc w:val="center"/>
              <w:rPr>
                <w:rFonts w:hint="eastAsia"/>
              </w:rPr>
            </w:pPr>
            <w:r>
              <w:rPr>
                <w:sz w:val="19"/>
                <w:szCs w:val="19"/>
                <w:rtl/>
              </w:rPr>
              <w:t>L06</w:t>
            </w:r>
          </w:p>
        </w:tc>
        <w:tc>
          <w:tcPr>
            <w:tcW w:w="3402" w:type="dxa"/>
            <w:shd w:val="clear" w:color="auto" w:fill="EEF1FA"/>
          </w:tcPr>
          <w:p w14:paraId="7E532FEB" w14:textId="77777777" w:rsidR="00504789" w:rsidRDefault="003E14F7">
            <w:pPr>
              <w:bidi/>
              <w:rPr>
                <w:rFonts w:hint="eastAsia"/>
              </w:rPr>
            </w:pPr>
            <w:r>
              <w:rPr>
                <w:sz w:val="19"/>
                <w:szCs w:val="19"/>
                <w:rtl/>
              </w:rPr>
              <w:t>الرد على خلاف في القياس والحصر</w:t>
            </w:r>
          </w:p>
        </w:tc>
        <w:tc>
          <w:tcPr>
            <w:tcW w:w="4195" w:type="dxa"/>
            <w:shd w:val="clear" w:color="auto" w:fill="EEF1FA"/>
          </w:tcPr>
          <w:p w14:paraId="5862343E" w14:textId="77777777" w:rsidR="00504789" w:rsidRDefault="003E14F7">
            <w:pPr>
              <w:bidi/>
              <w:rPr>
                <w:rFonts w:hint="eastAsia"/>
              </w:rPr>
            </w:pPr>
            <w:r>
              <w:rPr>
                <w:sz w:val="19"/>
                <w:szCs w:val="19"/>
                <w:rtl/>
              </w:rPr>
              <w:t>تطبيق طريقة القياس التعاقدية على بند متنازع عليه</w:t>
            </w:r>
          </w:p>
        </w:tc>
        <w:tc>
          <w:tcPr>
            <w:tcW w:w="1474" w:type="dxa"/>
            <w:shd w:val="clear" w:color="auto" w:fill="EEF1FA"/>
          </w:tcPr>
          <w:p w14:paraId="4A7B21B0" w14:textId="77777777" w:rsidR="00504789" w:rsidRDefault="003E14F7">
            <w:pPr>
              <w:bidi/>
              <w:jc w:val="center"/>
              <w:rPr>
                <w:rFonts w:hint="eastAsia"/>
              </w:rPr>
            </w:pPr>
            <w:r>
              <w:rPr>
                <w:sz w:val="19"/>
                <w:szCs w:val="19"/>
                <w:rtl/>
              </w:rPr>
              <w:t>21</w:t>
            </w:r>
          </w:p>
        </w:tc>
      </w:tr>
      <w:tr w:rsidR="00504789" w14:paraId="61A56DBC" w14:textId="77777777">
        <w:trPr>
          <w:cantSplit/>
          <w:jc w:val="center"/>
        </w:trPr>
        <w:tc>
          <w:tcPr>
            <w:tcW w:w="907" w:type="dxa"/>
          </w:tcPr>
          <w:p w14:paraId="4CF595F0" w14:textId="77777777" w:rsidR="00504789" w:rsidRDefault="003E14F7">
            <w:pPr>
              <w:bidi/>
              <w:jc w:val="center"/>
              <w:rPr>
                <w:rFonts w:hint="eastAsia"/>
              </w:rPr>
            </w:pPr>
            <w:r>
              <w:rPr>
                <w:sz w:val="19"/>
                <w:szCs w:val="19"/>
                <w:rtl/>
              </w:rPr>
              <w:t>L07</w:t>
            </w:r>
          </w:p>
        </w:tc>
        <w:tc>
          <w:tcPr>
            <w:tcW w:w="3402" w:type="dxa"/>
          </w:tcPr>
          <w:p w14:paraId="0485F208" w14:textId="77777777" w:rsidR="00504789" w:rsidRDefault="003E14F7">
            <w:pPr>
              <w:bidi/>
              <w:rPr>
                <w:rFonts w:hint="eastAsia"/>
              </w:rPr>
            </w:pPr>
            <w:r>
              <w:rPr>
                <w:sz w:val="19"/>
                <w:szCs w:val="19"/>
                <w:rtl/>
              </w:rPr>
              <w:t>الرد على مطالبة تمديد مدة لأسباب فنية</w:t>
            </w:r>
          </w:p>
        </w:tc>
        <w:tc>
          <w:tcPr>
            <w:tcW w:w="4195" w:type="dxa"/>
          </w:tcPr>
          <w:p w14:paraId="21A2C838" w14:textId="77777777" w:rsidR="00504789" w:rsidRDefault="003E14F7">
            <w:pPr>
              <w:bidi/>
              <w:rPr>
                <w:rFonts w:hint="eastAsia"/>
              </w:rPr>
            </w:pPr>
            <w:r>
              <w:rPr>
                <w:sz w:val="19"/>
                <w:szCs w:val="19"/>
                <w:rtl/>
              </w:rPr>
              <w:t>تقييم مطالبة مدة على أساس البرنامج والسجلات</w:t>
            </w:r>
          </w:p>
        </w:tc>
        <w:tc>
          <w:tcPr>
            <w:tcW w:w="1474" w:type="dxa"/>
          </w:tcPr>
          <w:p w14:paraId="7CE7BF5E" w14:textId="77777777" w:rsidR="00504789" w:rsidRDefault="003E14F7">
            <w:pPr>
              <w:bidi/>
              <w:jc w:val="center"/>
              <w:rPr>
                <w:rFonts w:hint="eastAsia"/>
              </w:rPr>
            </w:pPr>
            <w:r>
              <w:rPr>
                <w:sz w:val="19"/>
                <w:szCs w:val="19"/>
                <w:rtl/>
              </w:rPr>
              <w:t>7</w:t>
            </w:r>
          </w:p>
        </w:tc>
      </w:tr>
      <w:tr w:rsidR="00504789" w14:paraId="47ECE2D4" w14:textId="77777777">
        <w:trPr>
          <w:cantSplit/>
          <w:jc w:val="center"/>
        </w:trPr>
        <w:tc>
          <w:tcPr>
            <w:tcW w:w="907" w:type="dxa"/>
            <w:shd w:val="clear" w:color="auto" w:fill="EEF1FA"/>
          </w:tcPr>
          <w:p w14:paraId="226FB76A" w14:textId="77777777" w:rsidR="00504789" w:rsidRDefault="003E14F7">
            <w:pPr>
              <w:bidi/>
              <w:jc w:val="center"/>
              <w:rPr>
                <w:rFonts w:hint="eastAsia"/>
              </w:rPr>
            </w:pPr>
            <w:r>
              <w:rPr>
                <w:sz w:val="19"/>
                <w:szCs w:val="19"/>
                <w:rtl/>
              </w:rPr>
              <w:t>L08</w:t>
            </w:r>
          </w:p>
        </w:tc>
        <w:tc>
          <w:tcPr>
            <w:tcW w:w="3402" w:type="dxa"/>
            <w:shd w:val="clear" w:color="auto" w:fill="EEF1FA"/>
          </w:tcPr>
          <w:p w14:paraId="32DC297C" w14:textId="77777777" w:rsidR="00504789" w:rsidRDefault="003E14F7">
            <w:pPr>
              <w:bidi/>
              <w:rPr>
                <w:rFonts w:hint="eastAsia"/>
              </w:rPr>
            </w:pPr>
            <w:r>
              <w:rPr>
                <w:sz w:val="19"/>
                <w:szCs w:val="19"/>
                <w:rtl/>
              </w:rPr>
              <w:t>الرد على مطالبة أعمال إضافية أو تغيير</w:t>
            </w:r>
          </w:p>
        </w:tc>
        <w:tc>
          <w:tcPr>
            <w:tcW w:w="4195" w:type="dxa"/>
            <w:shd w:val="clear" w:color="auto" w:fill="EEF1FA"/>
          </w:tcPr>
          <w:p w14:paraId="43305AEE" w14:textId="77777777" w:rsidR="00504789" w:rsidRDefault="003E14F7">
            <w:pPr>
              <w:bidi/>
              <w:rPr>
                <w:rFonts w:hint="eastAsia"/>
              </w:rPr>
            </w:pPr>
            <w:r>
              <w:rPr>
                <w:sz w:val="19"/>
                <w:szCs w:val="19"/>
                <w:rtl/>
              </w:rPr>
              <w:t>تقييم مطالبة تغيير مقابل نطاق البند ووصفه</w:t>
            </w:r>
          </w:p>
        </w:tc>
        <w:tc>
          <w:tcPr>
            <w:tcW w:w="1474" w:type="dxa"/>
            <w:shd w:val="clear" w:color="auto" w:fill="EEF1FA"/>
          </w:tcPr>
          <w:p w14:paraId="311D30FB" w14:textId="77777777" w:rsidR="00504789" w:rsidRDefault="003E14F7">
            <w:pPr>
              <w:bidi/>
              <w:jc w:val="center"/>
              <w:rPr>
                <w:rFonts w:hint="eastAsia"/>
              </w:rPr>
            </w:pPr>
            <w:r>
              <w:rPr>
                <w:sz w:val="19"/>
                <w:szCs w:val="19"/>
                <w:rtl/>
              </w:rPr>
              <w:t>9</w:t>
            </w:r>
          </w:p>
        </w:tc>
      </w:tr>
      <w:tr w:rsidR="00504789" w14:paraId="230B9ACD" w14:textId="77777777">
        <w:trPr>
          <w:cantSplit/>
          <w:jc w:val="center"/>
        </w:trPr>
        <w:tc>
          <w:tcPr>
            <w:tcW w:w="907" w:type="dxa"/>
          </w:tcPr>
          <w:p w14:paraId="65C6AA17" w14:textId="77777777" w:rsidR="00504789" w:rsidRDefault="003E14F7">
            <w:pPr>
              <w:bidi/>
              <w:jc w:val="center"/>
              <w:rPr>
                <w:rFonts w:hint="eastAsia"/>
              </w:rPr>
            </w:pPr>
            <w:r>
              <w:rPr>
                <w:sz w:val="19"/>
                <w:szCs w:val="19"/>
                <w:rtl/>
              </w:rPr>
              <w:t>L09</w:t>
            </w:r>
          </w:p>
        </w:tc>
        <w:tc>
          <w:tcPr>
            <w:tcW w:w="3402" w:type="dxa"/>
          </w:tcPr>
          <w:p w14:paraId="117834B6" w14:textId="77777777" w:rsidR="00504789" w:rsidRDefault="003E14F7">
            <w:pPr>
              <w:bidi/>
              <w:rPr>
                <w:rFonts w:hint="eastAsia"/>
              </w:rPr>
            </w:pPr>
            <w:r>
              <w:rPr>
                <w:sz w:val="19"/>
                <w:szCs w:val="19"/>
                <w:rtl/>
              </w:rPr>
              <w:t>أمر إيقاف عمل لأسباب السلامة أو الجودة</w:t>
            </w:r>
          </w:p>
        </w:tc>
        <w:tc>
          <w:tcPr>
            <w:tcW w:w="4195" w:type="dxa"/>
          </w:tcPr>
          <w:p w14:paraId="4B8AE35D" w14:textId="77777777" w:rsidR="00504789" w:rsidRDefault="003E14F7">
            <w:pPr>
              <w:bidi/>
              <w:rPr>
                <w:rFonts w:hint="eastAsia"/>
              </w:rPr>
            </w:pPr>
            <w:r>
              <w:rPr>
                <w:sz w:val="19"/>
                <w:szCs w:val="19"/>
                <w:rtl/>
              </w:rPr>
              <w:t>إيقاف فوري لنشاط يمثل خطرا أو مخالفة جسيمة</w:t>
            </w:r>
          </w:p>
        </w:tc>
        <w:tc>
          <w:tcPr>
            <w:tcW w:w="1474" w:type="dxa"/>
          </w:tcPr>
          <w:p w14:paraId="2A4137EF" w14:textId="77777777" w:rsidR="00504789" w:rsidRDefault="003E14F7">
            <w:pPr>
              <w:bidi/>
              <w:jc w:val="center"/>
              <w:rPr>
                <w:rFonts w:hint="eastAsia"/>
              </w:rPr>
            </w:pPr>
            <w:r>
              <w:rPr>
                <w:sz w:val="19"/>
                <w:szCs w:val="19"/>
                <w:rtl/>
              </w:rPr>
              <w:t>16</w:t>
            </w:r>
          </w:p>
        </w:tc>
      </w:tr>
      <w:tr w:rsidR="00504789" w14:paraId="1E6D45F5" w14:textId="77777777">
        <w:trPr>
          <w:cantSplit/>
          <w:jc w:val="center"/>
        </w:trPr>
        <w:tc>
          <w:tcPr>
            <w:tcW w:w="907" w:type="dxa"/>
            <w:shd w:val="clear" w:color="auto" w:fill="EEF1FA"/>
          </w:tcPr>
          <w:p w14:paraId="0F3E6F2F" w14:textId="77777777" w:rsidR="00504789" w:rsidRDefault="003E14F7">
            <w:pPr>
              <w:bidi/>
              <w:jc w:val="center"/>
              <w:rPr>
                <w:rFonts w:hint="eastAsia"/>
              </w:rPr>
            </w:pPr>
            <w:r>
              <w:rPr>
                <w:sz w:val="19"/>
                <w:szCs w:val="19"/>
                <w:rtl/>
              </w:rPr>
              <w:t>L10</w:t>
            </w:r>
          </w:p>
        </w:tc>
        <w:tc>
          <w:tcPr>
            <w:tcW w:w="3402" w:type="dxa"/>
            <w:shd w:val="clear" w:color="auto" w:fill="EEF1FA"/>
          </w:tcPr>
          <w:p w14:paraId="693C2734" w14:textId="77777777" w:rsidR="00504789" w:rsidRDefault="003E14F7">
            <w:pPr>
              <w:bidi/>
              <w:rPr>
                <w:rFonts w:hint="eastAsia"/>
              </w:rPr>
            </w:pPr>
            <w:r>
              <w:rPr>
                <w:sz w:val="19"/>
                <w:szCs w:val="19"/>
                <w:rtl/>
              </w:rPr>
              <w:t>إشعار إعادة فحص أو اختبار</w:t>
            </w:r>
          </w:p>
        </w:tc>
        <w:tc>
          <w:tcPr>
            <w:tcW w:w="4195" w:type="dxa"/>
            <w:shd w:val="clear" w:color="auto" w:fill="EEF1FA"/>
          </w:tcPr>
          <w:p w14:paraId="43B8DA85" w14:textId="77777777" w:rsidR="00504789" w:rsidRDefault="003E14F7">
            <w:pPr>
              <w:bidi/>
              <w:rPr>
                <w:rFonts w:hint="eastAsia"/>
              </w:rPr>
            </w:pPr>
            <w:r>
              <w:rPr>
                <w:sz w:val="19"/>
                <w:szCs w:val="19"/>
                <w:rtl/>
              </w:rPr>
              <w:t>تحديد موعد إعادة الفحص بعد التصحيح</w:t>
            </w:r>
          </w:p>
        </w:tc>
        <w:tc>
          <w:tcPr>
            <w:tcW w:w="1474" w:type="dxa"/>
            <w:shd w:val="clear" w:color="auto" w:fill="EEF1FA"/>
          </w:tcPr>
          <w:p w14:paraId="25A3F7FC" w14:textId="77777777" w:rsidR="00504789" w:rsidRDefault="003E14F7">
            <w:pPr>
              <w:bidi/>
              <w:jc w:val="center"/>
              <w:rPr>
                <w:rFonts w:hint="eastAsia"/>
              </w:rPr>
            </w:pPr>
            <w:r>
              <w:rPr>
                <w:sz w:val="19"/>
                <w:szCs w:val="19"/>
                <w:rtl/>
              </w:rPr>
              <w:t>18</w:t>
            </w:r>
          </w:p>
        </w:tc>
      </w:tr>
      <w:tr w:rsidR="00504789" w14:paraId="798531AB" w14:textId="77777777">
        <w:trPr>
          <w:cantSplit/>
          <w:jc w:val="center"/>
        </w:trPr>
        <w:tc>
          <w:tcPr>
            <w:tcW w:w="907" w:type="dxa"/>
          </w:tcPr>
          <w:p w14:paraId="61217F73" w14:textId="77777777" w:rsidR="00504789" w:rsidRDefault="003E14F7">
            <w:pPr>
              <w:bidi/>
              <w:jc w:val="center"/>
              <w:rPr>
                <w:rFonts w:hint="eastAsia"/>
              </w:rPr>
            </w:pPr>
            <w:r>
              <w:rPr>
                <w:sz w:val="19"/>
                <w:szCs w:val="19"/>
                <w:rtl/>
              </w:rPr>
              <w:t>L11</w:t>
            </w:r>
          </w:p>
        </w:tc>
        <w:tc>
          <w:tcPr>
            <w:tcW w:w="3402" w:type="dxa"/>
          </w:tcPr>
          <w:p w14:paraId="5D234880" w14:textId="77777777" w:rsidR="00504789" w:rsidRDefault="003E14F7">
            <w:pPr>
              <w:bidi/>
              <w:rPr>
                <w:rFonts w:hint="eastAsia"/>
              </w:rPr>
            </w:pPr>
            <w:r>
              <w:rPr>
                <w:sz w:val="19"/>
                <w:szCs w:val="19"/>
                <w:rtl/>
              </w:rPr>
              <w:t>إشعار خصم من المستخلص</w:t>
            </w:r>
          </w:p>
        </w:tc>
        <w:tc>
          <w:tcPr>
            <w:tcW w:w="4195" w:type="dxa"/>
          </w:tcPr>
          <w:p w14:paraId="2DA13BA8" w14:textId="77777777" w:rsidR="00504789" w:rsidRDefault="003E14F7">
            <w:pPr>
              <w:bidi/>
              <w:rPr>
                <w:rFonts w:hint="eastAsia"/>
              </w:rPr>
            </w:pPr>
            <w:r>
              <w:rPr>
                <w:sz w:val="19"/>
                <w:szCs w:val="19"/>
                <w:rtl/>
              </w:rPr>
              <w:t>خصم قيمة عمل ناقص أو معيب مقبول فنيا</w:t>
            </w:r>
          </w:p>
        </w:tc>
        <w:tc>
          <w:tcPr>
            <w:tcW w:w="1474" w:type="dxa"/>
          </w:tcPr>
          <w:p w14:paraId="1D7A57C0" w14:textId="77777777" w:rsidR="00504789" w:rsidRDefault="003E14F7">
            <w:pPr>
              <w:bidi/>
              <w:jc w:val="center"/>
              <w:rPr>
                <w:rFonts w:hint="eastAsia"/>
              </w:rPr>
            </w:pPr>
            <w:r>
              <w:rPr>
                <w:sz w:val="19"/>
                <w:szCs w:val="19"/>
                <w:rtl/>
              </w:rPr>
              <w:t>4</w:t>
            </w:r>
          </w:p>
        </w:tc>
      </w:tr>
      <w:tr w:rsidR="00504789" w14:paraId="3A1F6423" w14:textId="77777777">
        <w:trPr>
          <w:cantSplit/>
          <w:jc w:val="center"/>
        </w:trPr>
        <w:tc>
          <w:tcPr>
            <w:tcW w:w="907" w:type="dxa"/>
            <w:shd w:val="clear" w:color="auto" w:fill="EEF1FA"/>
          </w:tcPr>
          <w:p w14:paraId="05CF73EC" w14:textId="77777777" w:rsidR="00504789" w:rsidRDefault="003E14F7">
            <w:pPr>
              <w:bidi/>
              <w:jc w:val="center"/>
              <w:rPr>
                <w:rFonts w:hint="eastAsia"/>
              </w:rPr>
            </w:pPr>
            <w:r>
              <w:rPr>
                <w:sz w:val="19"/>
                <w:szCs w:val="19"/>
                <w:rtl/>
              </w:rPr>
              <w:t>L12</w:t>
            </w:r>
          </w:p>
        </w:tc>
        <w:tc>
          <w:tcPr>
            <w:tcW w:w="3402" w:type="dxa"/>
            <w:shd w:val="clear" w:color="auto" w:fill="EEF1FA"/>
          </w:tcPr>
          <w:p w14:paraId="029ECF86" w14:textId="77777777" w:rsidR="00504789" w:rsidRDefault="003E14F7">
            <w:pPr>
              <w:bidi/>
              <w:rPr>
                <w:rFonts w:hint="eastAsia"/>
              </w:rPr>
            </w:pPr>
            <w:r>
              <w:rPr>
                <w:sz w:val="19"/>
                <w:szCs w:val="19"/>
                <w:rtl/>
              </w:rPr>
              <w:t>استلام مع تحفظات</w:t>
            </w:r>
          </w:p>
        </w:tc>
        <w:tc>
          <w:tcPr>
            <w:tcW w:w="4195" w:type="dxa"/>
            <w:shd w:val="clear" w:color="auto" w:fill="EEF1FA"/>
          </w:tcPr>
          <w:p w14:paraId="218BF04B" w14:textId="77777777" w:rsidR="00504789" w:rsidRDefault="003E14F7">
            <w:pPr>
              <w:bidi/>
              <w:rPr>
                <w:rFonts w:hint="eastAsia"/>
              </w:rPr>
            </w:pPr>
            <w:r>
              <w:rPr>
                <w:sz w:val="19"/>
                <w:szCs w:val="19"/>
                <w:rtl/>
              </w:rPr>
              <w:t>استلام ابتدائي أو نهائي مع قائمة ملاحظات وتعليق مبالغ</w:t>
            </w:r>
          </w:p>
        </w:tc>
        <w:tc>
          <w:tcPr>
            <w:tcW w:w="1474" w:type="dxa"/>
            <w:shd w:val="clear" w:color="auto" w:fill="EEF1FA"/>
          </w:tcPr>
          <w:p w14:paraId="108E31F6" w14:textId="77777777" w:rsidR="00504789" w:rsidRDefault="003E14F7">
            <w:pPr>
              <w:bidi/>
              <w:jc w:val="center"/>
              <w:rPr>
                <w:rFonts w:hint="eastAsia"/>
              </w:rPr>
            </w:pPr>
            <w:r>
              <w:rPr>
                <w:sz w:val="19"/>
                <w:szCs w:val="19"/>
                <w:rtl/>
              </w:rPr>
              <w:t>6</w:t>
            </w:r>
          </w:p>
        </w:tc>
      </w:tr>
    </w:tbl>
    <w:p w14:paraId="61516E47" w14:textId="77777777" w:rsidR="00504789" w:rsidRDefault="003E14F7">
      <w:pPr>
        <w:bidi/>
        <w:spacing w:after="80"/>
        <w:rPr>
          <w:rFonts w:hint="eastAsia"/>
        </w:rPr>
      </w:pPr>
      <w:r>
        <w:rPr>
          <w:color w:val="5B6475"/>
          <w:sz w:val="18"/>
          <w:szCs w:val="18"/>
          <w:rtl/>
        </w:rPr>
        <w:t>إجمالي السيناريوهات المرتبطة بالنماذج: 216 سيناريو.</w:t>
      </w:r>
    </w:p>
    <w:p w14:paraId="0C007249" w14:textId="77777777" w:rsidR="00504789" w:rsidRDefault="003E14F7">
      <w:pPr>
        <w:rPr>
          <w:rFonts w:hint="eastAsia"/>
        </w:rPr>
      </w:pPr>
      <w:r>
        <w:br w:type="page"/>
      </w:r>
    </w:p>
    <w:p w14:paraId="082D21DB"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lastRenderedPageBreak/>
        <w:t>النموذج L01: إشعار عدم مطابقة NCR</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39867049" w14:textId="77777777">
        <w:trPr>
          <w:cantSplit/>
          <w:jc w:val="center"/>
        </w:trPr>
        <w:tc>
          <w:tcPr>
            <w:tcW w:w="1701" w:type="dxa"/>
            <w:shd w:val="clear" w:color="auto" w:fill="EEF1FA"/>
          </w:tcPr>
          <w:p w14:paraId="46787F0A" w14:textId="77777777" w:rsidR="00504789" w:rsidRDefault="003E14F7">
            <w:pPr>
              <w:bidi/>
              <w:rPr>
                <w:rFonts w:hint="eastAsia"/>
              </w:rPr>
            </w:pPr>
            <w:r>
              <w:rPr>
                <w:sz w:val="19"/>
                <w:szCs w:val="19"/>
                <w:rtl/>
              </w:rPr>
              <w:t>رقم الخطاب</w:t>
            </w:r>
          </w:p>
        </w:tc>
        <w:tc>
          <w:tcPr>
            <w:tcW w:w="3005" w:type="dxa"/>
          </w:tcPr>
          <w:p w14:paraId="17AE6A1E" w14:textId="77777777" w:rsidR="00504789" w:rsidRDefault="003E14F7">
            <w:pPr>
              <w:bidi/>
              <w:rPr>
                <w:rFonts w:hint="eastAsia"/>
              </w:rPr>
            </w:pPr>
            <w:r>
              <w:rPr>
                <w:sz w:val="19"/>
                <w:szCs w:val="19"/>
                <w:rtl/>
              </w:rPr>
              <w:t>[رقم الخطاب]</w:t>
            </w:r>
          </w:p>
        </w:tc>
        <w:tc>
          <w:tcPr>
            <w:tcW w:w="1701" w:type="dxa"/>
            <w:shd w:val="clear" w:color="auto" w:fill="EEF1FA"/>
          </w:tcPr>
          <w:p w14:paraId="1929BF51" w14:textId="77777777" w:rsidR="00504789" w:rsidRDefault="003E14F7">
            <w:pPr>
              <w:bidi/>
              <w:rPr>
                <w:rFonts w:hint="eastAsia"/>
              </w:rPr>
            </w:pPr>
            <w:r>
              <w:rPr>
                <w:sz w:val="19"/>
                <w:szCs w:val="19"/>
                <w:rtl/>
              </w:rPr>
              <w:t>التاريخ</w:t>
            </w:r>
          </w:p>
        </w:tc>
        <w:tc>
          <w:tcPr>
            <w:tcW w:w="3005" w:type="dxa"/>
          </w:tcPr>
          <w:p w14:paraId="719D45AA" w14:textId="77777777" w:rsidR="00504789" w:rsidRDefault="003E14F7">
            <w:pPr>
              <w:bidi/>
              <w:rPr>
                <w:rFonts w:hint="eastAsia"/>
              </w:rPr>
            </w:pPr>
            <w:r>
              <w:rPr>
                <w:sz w:val="19"/>
                <w:szCs w:val="19"/>
                <w:rtl/>
              </w:rPr>
              <w:t>[التاريخ]</w:t>
            </w:r>
          </w:p>
        </w:tc>
      </w:tr>
      <w:tr w:rsidR="00504789" w14:paraId="0B26C327" w14:textId="77777777">
        <w:trPr>
          <w:cantSplit/>
          <w:jc w:val="center"/>
        </w:trPr>
        <w:tc>
          <w:tcPr>
            <w:tcW w:w="1701" w:type="dxa"/>
            <w:shd w:val="clear" w:color="auto" w:fill="EEF1FA"/>
          </w:tcPr>
          <w:p w14:paraId="758E7F27" w14:textId="77777777" w:rsidR="00504789" w:rsidRDefault="003E14F7">
            <w:pPr>
              <w:bidi/>
              <w:rPr>
                <w:rFonts w:hint="eastAsia"/>
              </w:rPr>
            </w:pPr>
            <w:r>
              <w:rPr>
                <w:sz w:val="19"/>
                <w:szCs w:val="19"/>
                <w:rtl/>
              </w:rPr>
              <w:t>المشروع</w:t>
            </w:r>
          </w:p>
        </w:tc>
        <w:tc>
          <w:tcPr>
            <w:tcW w:w="3005" w:type="dxa"/>
          </w:tcPr>
          <w:p w14:paraId="76B0E4D0" w14:textId="77777777" w:rsidR="00504789" w:rsidRDefault="003E14F7">
            <w:pPr>
              <w:bidi/>
              <w:rPr>
                <w:rFonts w:hint="eastAsia"/>
              </w:rPr>
            </w:pPr>
            <w:r>
              <w:rPr>
                <w:sz w:val="19"/>
                <w:szCs w:val="19"/>
                <w:rtl/>
              </w:rPr>
              <w:t>[اسم المشروع]</w:t>
            </w:r>
          </w:p>
        </w:tc>
        <w:tc>
          <w:tcPr>
            <w:tcW w:w="1701" w:type="dxa"/>
            <w:shd w:val="clear" w:color="auto" w:fill="EEF1FA"/>
          </w:tcPr>
          <w:p w14:paraId="7B470442" w14:textId="77777777" w:rsidR="00504789" w:rsidRDefault="003E14F7">
            <w:pPr>
              <w:bidi/>
              <w:rPr>
                <w:rFonts w:hint="eastAsia"/>
              </w:rPr>
            </w:pPr>
            <w:r>
              <w:rPr>
                <w:sz w:val="19"/>
                <w:szCs w:val="19"/>
                <w:rtl/>
              </w:rPr>
              <w:t>المرجع</w:t>
            </w:r>
          </w:p>
        </w:tc>
        <w:tc>
          <w:tcPr>
            <w:tcW w:w="3005" w:type="dxa"/>
          </w:tcPr>
          <w:p w14:paraId="6E7B4C30" w14:textId="77777777" w:rsidR="00504789" w:rsidRDefault="003E14F7">
            <w:pPr>
              <w:bidi/>
              <w:rPr>
                <w:rFonts w:hint="eastAsia"/>
              </w:rPr>
            </w:pPr>
            <w:r>
              <w:rPr>
                <w:sz w:val="19"/>
                <w:szCs w:val="19"/>
                <w:rtl/>
              </w:rPr>
              <w:t>[رقم العقد]، [رقم السيناريو]</w:t>
            </w:r>
          </w:p>
        </w:tc>
      </w:tr>
    </w:tbl>
    <w:p w14:paraId="6919706E" w14:textId="77777777" w:rsidR="00504789" w:rsidRDefault="00504789">
      <w:pPr>
        <w:bidi/>
        <w:spacing w:after="40"/>
        <w:rPr>
          <w:rFonts w:hint="eastAsia"/>
        </w:rPr>
      </w:pPr>
    </w:p>
    <w:p w14:paraId="0FFB0DD2" w14:textId="77777777" w:rsidR="00504789" w:rsidRDefault="003E14F7">
      <w:pPr>
        <w:bidi/>
        <w:spacing w:after="80"/>
        <w:rPr>
          <w:rFonts w:hint="eastAsia"/>
        </w:rPr>
      </w:pPr>
      <w:r>
        <w:rPr>
          <w:b/>
          <w:bCs/>
          <w:rtl/>
        </w:rPr>
        <w:t>السادة/ [اسم المقاول]                                           المحترمين</w:t>
      </w:r>
    </w:p>
    <w:p w14:paraId="2D4DED4F" w14:textId="77777777" w:rsidR="00504789" w:rsidRDefault="003E14F7">
      <w:pPr>
        <w:bidi/>
        <w:spacing w:after="80"/>
        <w:rPr>
          <w:rFonts w:hint="eastAsia"/>
        </w:rPr>
      </w:pPr>
      <w:r>
        <w:rPr>
          <w:sz w:val="21"/>
          <w:szCs w:val="21"/>
          <w:rtl/>
        </w:rPr>
        <w:t>عناية/ [مدير مشروع المقاول]</w:t>
      </w:r>
    </w:p>
    <w:p w14:paraId="2195B622" w14:textId="77777777" w:rsidR="00504789" w:rsidRDefault="003E14F7">
      <w:pPr>
        <w:bidi/>
        <w:spacing w:after="120"/>
        <w:rPr>
          <w:rFonts w:hint="eastAsia"/>
        </w:rPr>
      </w:pPr>
      <w:r>
        <w:rPr>
          <w:b/>
          <w:bCs/>
          <w:color w:val="052976"/>
          <w:rtl/>
        </w:rPr>
        <w:t xml:space="preserve">الموضوع: </w:t>
      </w:r>
      <w:r>
        <w:rPr>
          <w:b/>
          <w:bCs/>
          <w:rtl/>
        </w:rPr>
        <w:t>إشعار عدم مطابقة رقم [رقم NCR] بشأن [البند أو العنصر]</w:t>
      </w:r>
    </w:p>
    <w:p w14:paraId="0779064E" w14:textId="77777777" w:rsidR="00504789" w:rsidRDefault="003E14F7">
      <w:pPr>
        <w:bidi/>
        <w:spacing w:after="80"/>
        <w:rPr>
          <w:rFonts w:hint="eastAsia"/>
        </w:rPr>
      </w:pPr>
      <w:r>
        <w:rPr>
          <w:rtl/>
        </w:rPr>
        <w:t>تحية طيبة وبعد،</w:t>
      </w:r>
    </w:p>
    <w:p w14:paraId="48F38A8B" w14:textId="77777777" w:rsidR="00504789" w:rsidRDefault="003E14F7">
      <w:pPr>
        <w:bidi/>
        <w:spacing w:after="120"/>
        <w:rPr>
          <w:rFonts w:hint="eastAsia"/>
        </w:rPr>
      </w:pPr>
      <w:r>
        <w:rPr>
          <w:rtl/>
        </w:rPr>
        <w:t>بالمعاينة التي أجراها جهاز الإشراف بتاريخ [التاريخ] على [البند] في [الموقع]، ثبت عدم مطابقة العمل للمتطلبات المعتمدة، وتتمثل الملاحظة في: [وصف عدم المطابقة].</w:t>
      </w:r>
    </w:p>
    <w:p w14:paraId="4216D6C7" w14:textId="77777777" w:rsidR="00504789" w:rsidRDefault="003E14F7">
      <w:pPr>
        <w:bidi/>
        <w:spacing w:after="120"/>
        <w:rPr>
          <w:rFonts w:hint="eastAsia"/>
        </w:rPr>
      </w:pPr>
      <w:r>
        <w:rPr>
          <w:rtl/>
        </w:rPr>
        <w:t>ويستند ذلك إلى [المعيار والقيمة المطلوبة] الوارد في [الكود أو المواصفة ورقم البند]، بينما بلغت القيمة المقاسة [القيمة الفعلية] حسب [القياس أو الاختبار] الموثق بالصور والسجل رقم [رقم السجل].</w:t>
      </w:r>
    </w:p>
    <w:p w14:paraId="013A79CC" w14:textId="77777777" w:rsidR="00504789" w:rsidRDefault="003E14F7">
      <w:pPr>
        <w:bidi/>
        <w:spacing w:after="120"/>
        <w:rPr>
          <w:rFonts w:hint="eastAsia"/>
        </w:rPr>
      </w:pPr>
      <w:r>
        <w:rPr>
          <w:rtl/>
        </w:rPr>
        <w:t>المطلوب تقديم خطة تصحيح وطريقة عمل للاعتماد خلال [عدد] أيام من تاريخه، وعدم تغطية العمل أو البناء عليه قبل إغلاق هذا الإشعار، ثم إخطارنا لإعادة الفحص. وتكون تكلفة التصحيح وإعادة الفحص على حسابكم.</w:t>
      </w:r>
    </w:p>
    <w:p w14:paraId="3B5F30FF" w14:textId="77777777" w:rsidR="00504789" w:rsidRDefault="003E14F7">
      <w:pPr>
        <w:bidi/>
        <w:spacing w:after="280"/>
        <w:rPr>
          <w:rFonts w:hint="eastAsia"/>
        </w:rPr>
      </w:pPr>
      <w:r>
        <w:rPr>
          <w:rtl/>
        </w:rPr>
        <w:t>وتفضلوا بقبول وافر الاحترام،</w:t>
      </w:r>
    </w:p>
    <w:p w14:paraId="4DE76EB8" w14:textId="77777777" w:rsidR="00504789" w:rsidRDefault="003E14F7">
      <w:pPr>
        <w:bidi/>
        <w:spacing w:after="80"/>
        <w:rPr>
          <w:rFonts w:hint="eastAsia"/>
        </w:rPr>
      </w:pPr>
      <w:r>
        <w:rPr>
          <w:b/>
          <w:bCs/>
          <w:color w:val="052976"/>
          <w:sz w:val="23"/>
          <w:szCs w:val="23"/>
          <w:rtl/>
        </w:rPr>
        <w:t>م/ أحمد فتحي، مدير المشاريع</w:t>
      </w:r>
    </w:p>
    <w:p w14:paraId="428F641B" w14:textId="77777777" w:rsidR="00504789" w:rsidRDefault="003E14F7">
      <w:pPr>
        <w:bidi/>
        <w:spacing w:after="80"/>
        <w:rPr>
          <w:rFonts w:hint="eastAsia"/>
        </w:rPr>
      </w:pPr>
      <w:r>
        <w:rPr>
          <w:sz w:val="21"/>
          <w:szCs w:val="21"/>
          <w:rtl/>
        </w:rPr>
        <w:t>المبدعون العرب للاستشارات الهندسية</w:t>
      </w:r>
    </w:p>
    <w:p w14:paraId="120042CB" w14:textId="77777777" w:rsidR="00504789" w:rsidRDefault="003E14F7">
      <w:pPr>
        <w:bidi/>
        <w:rPr>
          <w:rFonts w:hint="eastAsia"/>
        </w:rPr>
      </w:pPr>
      <w:r>
        <w:rPr>
          <w:sz w:val="21"/>
          <w:szCs w:val="21"/>
          <w:rtl/>
        </w:rPr>
        <w:t>التوقيع: ....................................</w:t>
      </w:r>
    </w:p>
    <w:p w14:paraId="2F0F1733"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70F9D4DE" w14:textId="77777777" w:rsidR="00504789" w:rsidRDefault="003E14F7">
      <w:pPr>
        <w:rPr>
          <w:rFonts w:hint="eastAsia"/>
        </w:rPr>
      </w:pPr>
      <w:r>
        <w:br w:type="page"/>
      </w:r>
    </w:p>
    <w:p w14:paraId="3B684495"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lastRenderedPageBreak/>
        <w:t>النموذج L02: رفض مواد موردة</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3F1047E5" w14:textId="77777777">
        <w:trPr>
          <w:cantSplit/>
          <w:jc w:val="center"/>
        </w:trPr>
        <w:tc>
          <w:tcPr>
            <w:tcW w:w="1701" w:type="dxa"/>
            <w:shd w:val="clear" w:color="auto" w:fill="EEF1FA"/>
          </w:tcPr>
          <w:p w14:paraId="2A1BCC64" w14:textId="77777777" w:rsidR="00504789" w:rsidRDefault="003E14F7">
            <w:pPr>
              <w:bidi/>
              <w:rPr>
                <w:rFonts w:hint="eastAsia"/>
              </w:rPr>
            </w:pPr>
            <w:r>
              <w:rPr>
                <w:sz w:val="19"/>
                <w:szCs w:val="19"/>
                <w:rtl/>
              </w:rPr>
              <w:t>رقم الخطاب</w:t>
            </w:r>
          </w:p>
        </w:tc>
        <w:tc>
          <w:tcPr>
            <w:tcW w:w="3005" w:type="dxa"/>
          </w:tcPr>
          <w:p w14:paraId="077CDE04" w14:textId="77777777" w:rsidR="00504789" w:rsidRDefault="003E14F7">
            <w:pPr>
              <w:bidi/>
              <w:rPr>
                <w:rFonts w:hint="eastAsia"/>
              </w:rPr>
            </w:pPr>
            <w:r>
              <w:rPr>
                <w:sz w:val="19"/>
                <w:szCs w:val="19"/>
                <w:rtl/>
              </w:rPr>
              <w:t>[رقم الخطاب]</w:t>
            </w:r>
          </w:p>
        </w:tc>
        <w:tc>
          <w:tcPr>
            <w:tcW w:w="1701" w:type="dxa"/>
            <w:shd w:val="clear" w:color="auto" w:fill="EEF1FA"/>
          </w:tcPr>
          <w:p w14:paraId="5C5DF015" w14:textId="77777777" w:rsidR="00504789" w:rsidRDefault="003E14F7">
            <w:pPr>
              <w:bidi/>
              <w:rPr>
                <w:rFonts w:hint="eastAsia"/>
              </w:rPr>
            </w:pPr>
            <w:r>
              <w:rPr>
                <w:sz w:val="19"/>
                <w:szCs w:val="19"/>
                <w:rtl/>
              </w:rPr>
              <w:t>التاريخ</w:t>
            </w:r>
          </w:p>
        </w:tc>
        <w:tc>
          <w:tcPr>
            <w:tcW w:w="3005" w:type="dxa"/>
          </w:tcPr>
          <w:p w14:paraId="1AD02B0D" w14:textId="77777777" w:rsidR="00504789" w:rsidRDefault="003E14F7">
            <w:pPr>
              <w:bidi/>
              <w:rPr>
                <w:rFonts w:hint="eastAsia"/>
              </w:rPr>
            </w:pPr>
            <w:r>
              <w:rPr>
                <w:sz w:val="19"/>
                <w:szCs w:val="19"/>
                <w:rtl/>
              </w:rPr>
              <w:t>[التاريخ]</w:t>
            </w:r>
          </w:p>
        </w:tc>
      </w:tr>
      <w:tr w:rsidR="00504789" w14:paraId="4A922B9D" w14:textId="77777777">
        <w:trPr>
          <w:cantSplit/>
          <w:jc w:val="center"/>
        </w:trPr>
        <w:tc>
          <w:tcPr>
            <w:tcW w:w="1701" w:type="dxa"/>
            <w:shd w:val="clear" w:color="auto" w:fill="EEF1FA"/>
          </w:tcPr>
          <w:p w14:paraId="6EA3028A" w14:textId="77777777" w:rsidR="00504789" w:rsidRDefault="003E14F7">
            <w:pPr>
              <w:bidi/>
              <w:rPr>
                <w:rFonts w:hint="eastAsia"/>
              </w:rPr>
            </w:pPr>
            <w:r>
              <w:rPr>
                <w:sz w:val="19"/>
                <w:szCs w:val="19"/>
                <w:rtl/>
              </w:rPr>
              <w:t>المشروع</w:t>
            </w:r>
          </w:p>
        </w:tc>
        <w:tc>
          <w:tcPr>
            <w:tcW w:w="3005" w:type="dxa"/>
          </w:tcPr>
          <w:p w14:paraId="7EA56CFA" w14:textId="77777777" w:rsidR="00504789" w:rsidRDefault="003E14F7">
            <w:pPr>
              <w:bidi/>
              <w:rPr>
                <w:rFonts w:hint="eastAsia"/>
              </w:rPr>
            </w:pPr>
            <w:r>
              <w:rPr>
                <w:sz w:val="19"/>
                <w:szCs w:val="19"/>
                <w:rtl/>
              </w:rPr>
              <w:t>[اسم المشروع]</w:t>
            </w:r>
          </w:p>
        </w:tc>
        <w:tc>
          <w:tcPr>
            <w:tcW w:w="1701" w:type="dxa"/>
            <w:shd w:val="clear" w:color="auto" w:fill="EEF1FA"/>
          </w:tcPr>
          <w:p w14:paraId="2B52B4F9" w14:textId="77777777" w:rsidR="00504789" w:rsidRDefault="003E14F7">
            <w:pPr>
              <w:bidi/>
              <w:rPr>
                <w:rFonts w:hint="eastAsia"/>
              </w:rPr>
            </w:pPr>
            <w:r>
              <w:rPr>
                <w:sz w:val="19"/>
                <w:szCs w:val="19"/>
                <w:rtl/>
              </w:rPr>
              <w:t>المرجع</w:t>
            </w:r>
          </w:p>
        </w:tc>
        <w:tc>
          <w:tcPr>
            <w:tcW w:w="3005" w:type="dxa"/>
          </w:tcPr>
          <w:p w14:paraId="1EF57B91" w14:textId="77777777" w:rsidR="00504789" w:rsidRDefault="003E14F7">
            <w:pPr>
              <w:bidi/>
              <w:rPr>
                <w:rFonts w:hint="eastAsia"/>
              </w:rPr>
            </w:pPr>
            <w:r>
              <w:rPr>
                <w:sz w:val="19"/>
                <w:szCs w:val="19"/>
                <w:rtl/>
              </w:rPr>
              <w:t>[رقم العقد]، [رقم السيناريو]</w:t>
            </w:r>
          </w:p>
        </w:tc>
      </w:tr>
    </w:tbl>
    <w:p w14:paraId="649FF9E1" w14:textId="77777777" w:rsidR="00504789" w:rsidRDefault="00504789">
      <w:pPr>
        <w:bidi/>
        <w:spacing w:after="40"/>
        <w:rPr>
          <w:rFonts w:hint="eastAsia"/>
        </w:rPr>
      </w:pPr>
    </w:p>
    <w:p w14:paraId="68421064" w14:textId="77777777" w:rsidR="00504789" w:rsidRDefault="003E14F7">
      <w:pPr>
        <w:bidi/>
        <w:spacing w:after="80"/>
        <w:rPr>
          <w:rFonts w:hint="eastAsia"/>
        </w:rPr>
      </w:pPr>
      <w:r>
        <w:rPr>
          <w:b/>
          <w:bCs/>
          <w:rtl/>
        </w:rPr>
        <w:t>السادة/ [اسم المقاول]                                           المحترمين</w:t>
      </w:r>
    </w:p>
    <w:p w14:paraId="497BBC7F" w14:textId="77777777" w:rsidR="00504789" w:rsidRDefault="003E14F7">
      <w:pPr>
        <w:bidi/>
        <w:spacing w:after="80"/>
        <w:rPr>
          <w:rFonts w:hint="eastAsia"/>
        </w:rPr>
      </w:pPr>
      <w:r>
        <w:rPr>
          <w:sz w:val="21"/>
          <w:szCs w:val="21"/>
          <w:rtl/>
        </w:rPr>
        <w:t>عناية/ [مدير مشروع المقاول]</w:t>
      </w:r>
    </w:p>
    <w:p w14:paraId="2AFB2AC1" w14:textId="77777777" w:rsidR="00504789" w:rsidRDefault="003E14F7">
      <w:pPr>
        <w:bidi/>
        <w:spacing w:after="120"/>
        <w:rPr>
          <w:rFonts w:hint="eastAsia"/>
        </w:rPr>
      </w:pPr>
      <w:r>
        <w:rPr>
          <w:b/>
          <w:bCs/>
          <w:color w:val="052976"/>
          <w:rtl/>
        </w:rPr>
        <w:t xml:space="preserve">الموضوع: </w:t>
      </w:r>
      <w:r>
        <w:rPr>
          <w:b/>
          <w:bCs/>
          <w:rtl/>
        </w:rPr>
        <w:t>رفض مواد موردة: [اسم المادة]، الشحنة رقم [رقم الشحنة]</w:t>
      </w:r>
    </w:p>
    <w:p w14:paraId="00A4070F" w14:textId="77777777" w:rsidR="00504789" w:rsidRDefault="003E14F7">
      <w:pPr>
        <w:bidi/>
        <w:spacing w:after="80"/>
        <w:rPr>
          <w:rFonts w:hint="eastAsia"/>
        </w:rPr>
      </w:pPr>
      <w:r>
        <w:rPr>
          <w:rtl/>
        </w:rPr>
        <w:t>تحية طيبة وبعد،</w:t>
      </w:r>
    </w:p>
    <w:p w14:paraId="2FAF6EDE" w14:textId="77777777" w:rsidR="00504789" w:rsidRDefault="003E14F7">
      <w:pPr>
        <w:bidi/>
        <w:spacing w:after="120"/>
        <w:rPr>
          <w:rFonts w:hint="eastAsia"/>
        </w:rPr>
      </w:pPr>
      <w:r>
        <w:rPr>
          <w:rtl/>
        </w:rPr>
        <w:t>تم فحص [المادة] الموردة بتاريخ [التاريخ] بكمية [الكمية] من المورد [اسم المورد]، وتبين عدم مطابقتها لطلب اعتماد المواد رقم [رقم MIR] من حيث [الخاصية]، إذ بلغت النتيجة [القيمة المقاسة] مقابل الحد المطلوب [القيمة المطلوبة] وفق [المواصفة أو الكود].</w:t>
      </w:r>
    </w:p>
    <w:p w14:paraId="783CF8C3" w14:textId="77777777" w:rsidR="00504789" w:rsidRDefault="003E14F7">
      <w:pPr>
        <w:bidi/>
        <w:spacing w:after="120"/>
        <w:rPr>
          <w:rFonts w:hint="eastAsia"/>
        </w:rPr>
      </w:pPr>
      <w:r>
        <w:rPr>
          <w:rtl/>
        </w:rPr>
        <w:t>وعليه ترفض هذه المواد، ويلزم تمييزها بعلامة الرفض وعزلها وإخراجها من الموقع خلال [عدد] أيام، ويمنع استخدامها في أي عمل. وأي جزء استخدم منها يعد عملا غير مطابق يخضع للفحص أو الإزالة على حسابكم.</w:t>
      </w:r>
    </w:p>
    <w:p w14:paraId="56204C6F" w14:textId="77777777" w:rsidR="00504789" w:rsidRDefault="003E14F7">
      <w:pPr>
        <w:bidi/>
        <w:spacing w:after="120"/>
        <w:rPr>
          <w:rFonts w:hint="eastAsia"/>
        </w:rPr>
      </w:pPr>
      <w:r>
        <w:rPr>
          <w:rtl/>
        </w:rPr>
        <w:t>يقدم طلب اعتماد جديد لبديل مطابق مع شهادات المنشأ ونتائج الاختبارات قبل التوريد.</w:t>
      </w:r>
    </w:p>
    <w:p w14:paraId="30211CA9" w14:textId="77777777" w:rsidR="00504789" w:rsidRDefault="003E14F7">
      <w:pPr>
        <w:bidi/>
        <w:spacing w:after="280"/>
        <w:rPr>
          <w:rFonts w:hint="eastAsia"/>
        </w:rPr>
      </w:pPr>
      <w:r>
        <w:rPr>
          <w:rtl/>
        </w:rPr>
        <w:t>وتفضلوا بقبول وافر الاحترام،</w:t>
      </w:r>
    </w:p>
    <w:p w14:paraId="01554D2D" w14:textId="77777777" w:rsidR="00504789" w:rsidRDefault="003E14F7">
      <w:pPr>
        <w:bidi/>
        <w:spacing w:after="80"/>
        <w:rPr>
          <w:rFonts w:hint="eastAsia"/>
        </w:rPr>
      </w:pPr>
      <w:r>
        <w:rPr>
          <w:b/>
          <w:bCs/>
          <w:color w:val="052976"/>
          <w:sz w:val="23"/>
          <w:szCs w:val="23"/>
          <w:rtl/>
        </w:rPr>
        <w:t>م/ أحمد فتحي، مدير المشاريع</w:t>
      </w:r>
    </w:p>
    <w:p w14:paraId="407E594A" w14:textId="77777777" w:rsidR="00504789" w:rsidRDefault="003E14F7">
      <w:pPr>
        <w:bidi/>
        <w:spacing w:after="80"/>
        <w:rPr>
          <w:rFonts w:hint="eastAsia"/>
        </w:rPr>
      </w:pPr>
      <w:r>
        <w:rPr>
          <w:sz w:val="21"/>
          <w:szCs w:val="21"/>
          <w:rtl/>
        </w:rPr>
        <w:t>المبدعون العرب للاستشارات الهندسية</w:t>
      </w:r>
    </w:p>
    <w:p w14:paraId="4A345096" w14:textId="77777777" w:rsidR="00504789" w:rsidRDefault="003E14F7">
      <w:pPr>
        <w:bidi/>
        <w:rPr>
          <w:rFonts w:hint="eastAsia"/>
        </w:rPr>
      </w:pPr>
      <w:r>
        <w:rPr>
          <w:sz w:val="21"/>
          <w:szCs w:val="21"/>
          <w:rtl/>
        </w:rPr>
        <w:t>التوقيع: ....................................</w:t>
      </w:r>
    </w:p>
    <w:p w14:paraId="54047497"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49F9A67D" w14:textId="77777777" w:rsidR="00504789" w:rsidRDefault="003E14F7">
      <w:pPr>
        <w:rPr>
          <w:rFonts w:hint="eastAsia"/>
        </w:rPr>
      </w:pPr>
      <w:r>
        <w:br w:type="page"/>
      </w:r>
    </w:p>
    <w:p w14:paraId="0974D6E4"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L03: رفض أعمال مع الإزالة</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010C37B2" w14:textId="77777777">
        <w:trPr>
          <w:cantSplit/>
          <w:jc w:val="center"/>
        </w:trPr>
        <w:tc>
          <w:tcPr>
            <w:tcW w:w="1701" w:type="dxa"/>
            <w:shd w:val="clear" w:color="auto" w:fill="EEF1FA"/>
          </w:tcPr>
          <w:p w14:paraId="62649542" w14:textId="77777777" w:rsidR="00504789" w:rsidRDefault="003E14F7">
            <w:pPr>
              <w:bidi/>
              <w:rPr>
                <w:rFonts w:hint="eastAsia"/>
              </w:rPr>
            </w:pPr>
            <w:r>
              <w:rPr>
                <w:sz w:val="19"/>
                <w:szCs w:val="19"/>
                <w:rtl/>
              </w:rPr>
              <w:t>رقم الخطاب</w:t>
            </w:r>
          </w:p>
        </w:tc>
        <w:tc>
          <w:tcPr>
            <w:tcW w:w="3005" w:type="dxa"/>
          </w:tcPr>
          <w:p w14:paraId="47BEFA2A" w14:textId="77777777" w:rsidR="00504789" w:rsidRDefault="003E14F7">
            <w:pPr>
              <w:bidi/>
              <w:rPr>
                <w:rFonts w:hint="eastAsia"/>
              </w:rPr>
            </w:pPr>
            <w:r>
              <w:rPr>
                <w:sz w:val="19"/>
                <w:szCs w:val="19"/>
                <w:rtl/>
              </w:rPr>
              <w:t>[رقم الخطاب]</w:t>
            </w:r>
          </w:p>
        </w:tc>
        <w:tc>
          <w:tcPr>
            <w:tcW w:w="1701" w:type="dxa"/>
            <w:shd w:val="clear" w:color="auto" w:fill="EEF1FA"/>
          </w:tcPr>
          <w:p w14:paraId="048FFA66" w14:textId="77777777" w:rsidR="00504789" w:rsidRDefault="003E14F7">
            <w:pPr>
              <w:bidi/>
              <w:rPr>
                <w:rFonts w:hint="eastAsia"/>
              </w:rPr>
            </w:pPr>
            <w:r>
              <w:rPr>
                <w:sz w:val="19"/>
                <w:szCs w:val="19"/>
                <w:rtl/>
              </w:rPr>
              <w:t>التاريخ</w:t>
            </w:r>
          </w:p>
        </w:tc>
        <w:tc>
          <w:tcPr>
            <w:tcW w:w="3005" w:type="dxa"/>
          </w:tcPr>
          <w:p w14:paraId="2285C611" w14:textId="77777777" w:rsidR="00504789" w:rsidRDefault="003E14F7">
            <w:pPr>
              <w:bidi/>
              <w:rPr>
                <w:rFonts w:hint="eastAsia"/>
              </w:rPr>
            </w:pPr>
            <w:r>
              <w:rPr>
                <w:sz w:val="19"/>
                <w:szCs w:val="19"/>
                <w:rtl/>
              </w:rPr>
              <w:t>[التاريخ]</w:t>
            </w:r>
          </w:p>
        </w:tc>
      </w:tr>
      <w:tr w:rsidR="00504789" w14:paraId="03472B59" w14:textId="77777777">
        <w:trPr>
          <w:cantSplit/>
          <w:jc w:val="center"/>
        </w:trPr>
        <w:tc>
          <w:tcPr>
            <w:tcW w:w="1701" w:type="dxa"/>
            <w:shd w:val="clear" w:color="auto" w:fill="EEF1FA"/>
          </w:tcPr>
          <w:p w14:paraId="4CC16002" w14:textId="77777777" w:rsidR="00504789" w:rsidRDefault="003E14F7">
            <w:pPr>
              <w:bidi/>
              <w:rPr>
                <w:rFonts w:hint="eastAsia"/>
              </w:rPr>
            </w:pPr>
            <w:r>
              <w:rPr>
                <w:sz w:val="19"/>
                <w:szCs w:val="19"/>
                <w:rtl/>
              </w:rPr>
              <w:t>المشروع</w:t>
            </w:r>
          </w:p>
        </w:tc>
        <w:tc>
          <w:tcPr>
            <w:tcW w:w="3005" w:type="dxa"/>
          </w:tcPr>
          <w:p w14:paraId="318D1D59" w14:textId="77777777" w:rsidR="00504789" w:rsidRDefault="003E14F7">
            <w:pPr>
              <w:bidi/>
              <w:rPr>
                <w:rFonts w:hint="eastAsia"/>
              </w:rPr>
            </w:pPr>
            <w:r>
              <w:rPr>
                <w:sz w:val="19"/>
                <w:szCs w:val="19"/>
                <w:rtl/>
              </w:rPr>
              <w:t>[اسم المشروع]</w:t>
            </w:r>
          </w:p>
        </w:tc>
        <w:tc>
          <w:tcPr>
            <w:tcW w:w="1701" w:type="dxa"/>
            <w:shd w:val="clear" w:color="auto" w:fill="EEF1FA"/>
          </w:tcPr>
          <w:p w14:paraId="0DAB9E80" w14:textId="77777777" w:rsidR="00504789" w:rsidRDefault="003E14F7">
            <w:pPr>
              <w:bidi/>
              <w:rPr>
                <w:rFonts w:hint="eastAsia"/>
              </w:rPr>
            </w:pPr>
            <w:r>
              <w:rPr>
                <w:sz w:val="19"/>
                <w:szCs w:val="19"/>
                <w:rtl/>
              </w:rPr>
              <w:t>المرجع</w:t>
            </w:r>
          </w:p>
        </w:tc>
        <w:tc>
          <w:tcPr>
            <w:tcW w:w="3005" w:type="dxa"/>
          </w:tcPr>
          <w:p w14:paraId="0BEC4CB3" w14:textId="77777777" w:rsidR="00504789" w:rsidRDefault="003E14F7">
            <w:pPr>
              <w:bidi/>
              <w:rPr>
                <w:rFonts w:hint="eastAsia"/>
              </w:rPr>
            </w:pPr>
            <w:r>
              <w:rPr>
                <w:sz w:val="19"/>
                <w:szCs w:val="19"/>
                <w:rtl/>
              </w:rPr>
              <w:t>[رقم العقد]، [رقم السيناريو]</w:t>
            </w:r>
          </w:p>
        </w:tc>
      </w:tr>
    </w:tbl>
    <w:p w14:paraId="5C56B146" w14:textId="77777777" w:rsidR="00504789" w:rsidRDefault="00504789">
      <w:pPr>
        <w:bidi/>
        <w:spacing w:after="40"/>
        <w:rPr>
          <w:rFonts w:hint="eastAsia"/>
        </w:rPr>
      </w:pPr>
    </w:p>
    <w:p w14:paraId="04DBB043" w14:textId="77777777" w:rsidR="00504789" w:rsidRDefault="003E14F7">
      <w:pPr>
        <w:bidi/>
        <w:spacing w:after="80"/>
        <w:rPr>
          <w:rFonts w:hint="eastAsia"/>
        </w:rPr>
      </w:pPr>
      <w:r>
        <w:rPr>
          <w:b/>
          <w:bCs/>
          <w:rtl/>
        </w:rPr>
        <w:t>السادة/ [اسم المقاول]                                           المحترمين</w:t>
      </w:r>
    </w:p>
    <w:p w14:paraId="7B05BF0C" w14:textId="77777777" w:rsidR="00504789" w:rsidRDefault="003E14F7">
      <w:pPr>
        <w:bidi/>
        <w:spacing w:after="80"/>
        <w:rPr>
          <w:rFonts w:hint="eastAsia"/>
        </w:rPr>
      </w:pPr>
      <w:r>
        <w:rPr>
          <w:sz w:val="21"/>
          <w:szCs w:val="21"/>
          <w:rtl/>
        </w:rPr>
        <w:t>عناية/ [مدير مشروع المقاول]</w:t>
      </w:r>
    </w:p>
    <w:p w14:paraId="267F1EDB" w14:textId="77777777" w:rsidR="00504789" w:rsidRDefault="003E14F7">
      <w:pPr>
        <w:bidi/>
        <w:spacing w:after="120"/>
        <w:rPr>
          <w:rFonts w:hint="eastAsia"/>
        </w:rPr>
      </w:pPr>
      <w:r>
        <w:rPr>
          <w:b/>
          <w:bCs/>
          <w:color w:val="052976"/>
          <w:rtl/>
        </w:rPr>
        <w:t xml:space="preserve">الموضوع: </w:t>
      </w:r>
      <w:r>
        <w:rPr>
          <w:b/>
          <w:bCs/>
          <w:rtl/>
        </w:rPr>
        <w:t>رفض أعمال وإلزام بالإزالة: [البند]، [الموقع]</w:t>
      </w:r>
    </w:p>
    <w:p w14:paraId="75CF75D2" w14:textId="77777777" w:rsidR="00504789" w:rsidRDefault="003E14F7">
      <w:pPr>
        <w:bidi/>
        <w:spacing w:after="80"/>
        <w:rPr>
          <w:rFonts w:hint="eastAsia"/>
        </w:rPr>
      </w:pPr>
      <w:r>
        <w:rPr>
          <w:rtl/>
        </w:rPr>
        <w:t>تحية طيبة وبعد،</w:t>
      </w:r>
    </w:p>
    <w:p w14:paraId="32E7F752" w14:textId="77777777" w:rsidR="00504789" w:rsidRDefault="003E14F7">
      <w:pPr>
        <w:bidi/>
        <w:spacing w:after="120"/>
        <w:rPr>
          <w:rFonts w:hint="eastAsia"/>
        </w:rPr>
      </w:pPr>
      <w:r>
        <w:rPr>
          <w:rtl/>
        </w:rPr>
        <w:t>إلحاقا بإشعار عدم المطابقة رقم [رقم NCR] بتاريخ [التاريخ]، وبعد مراجعة [نتائج الاختبارات أو القياسات أو التقرير الفني]، ثبت أن [وصف العمل] لا يحقق [المعيار والقيمة المطلوبة] وفق [المرجع]، ولا يمكن قبوله بمعالجة.</w:t>
      </w:r>
    </w:p>
    <w:p w14:paraId="0807CC59" w14:textId="77777777" w:rsidR="00504789" w:rsidRDefault="003E14F7">
      <w:pPr>
        <w:bidi/>
        <w:spacing w:after="120"/>
        <w:rPr>
          <w:rFonts w:hint="eastAsia"/>
        </w:rPr>
      </w:pPr>
      <w:r>
        <w:rPr>
          <w:rtl/>
        </w:rPr>
        <w:t>المطلوب إزالة الأعمال المرفوضة بالكامل وإعادة تنفيذها وفق المخططات والمواصفات المعتمدة، مع تقديم طريقة الإزالة وإجراءات السلامة وحماية الأعمال المجاورة للاعتماد قبل البدء خلال [عدد] أيام.</w:t>
      </w:r>
    </w:p>
    <w:p w14:paraId="2E3737B8" w14:textId="77777777" w:rsidR="00504789" w:rsidRDefault="003E14F7">
      <w:pPr>
        <w:bidi/>
        <w:spacing w:after="120"/>
        <w:rPr>
          <w:rFonts w:hint="eastAsia"/>
        </w:rPr>
      </w:pPr>
      <w:r>
        <w:rPr>
          <w:rtl/>
        </w:rPr>
        <w:t>تتم الإزالة وإعادة التنفيذ والاختبارات على حسابكم، ولا تعد سببا لتمديد المدة، ولا تدرج الأعمال المرفوضة في أي مستخلص.</w:t>
      </w:r>
    </w:p>
    <w:p w14:paraId="176148F7" w14:textId="77777777" w:rsidR="00504789" w:rsidRDefault="003E14F7">
      <w:pPr>
        <w:bidi/>
        <w:spacing w:after="280"/>
        <w:rPr>
          <w:rFonts w:hint="eastAsia"/>
        </w:rPr>
      </w:pPr>
      <w:r>
        <w:rPr>
          <w:rtl/>
        </w:rPr>
        <w:t>وتفضلوا بقبول وافر الاحترام،</w:t>
      </w:r>
    </w:p>
    <w:p w14:paraId="0A38EB46" w14:textId="77777777" w:rsidR="00504789" w:rsidRDefault="003E14F7">
      <w:pPr>
        <w:bidi/>
        <w:spacing w:after="80"/>
        <w:rPr>
          <w:rFonts w:hint="eastAsia"/>
        </w:rPr>
      </w:pPr>
      <w:r>
        <w:rPr>
          <w:b/>
          <w:bCs/>
          <w:color w:val="052976"/>
          <w:sz w:val="23"/>
          <w:szCs w:val="23"/>
          <w:rtl/>
        </w:rPr>
        <w:t>م/ أحمد فتحي، مدير المشاريع</w:t>
      </w:r>
    </w:p>
    <w:p w14:paraId="44A6911B" w14:textId="77777777" w:rsidR="00504789" w:rsidRDefault="003E14F7">
      <w:pPr>
        <w:bidi/>
        <w:spacing w:after="80"/>
        <w:rPr>
          <w:rFonts w:hint="eastAsia"/>
        </w:rPr>
      </w:pPr>
      <w:r>
        <w:rPr>
          <w:sz w:val="21"/>
          <w:szCs w:val="21"/>
          <w:rtl/>
        </w:rPr>
        <w:t>المبدعون العرب للاستشارات الهندسية</w:t>
      </w:r>
    </w:p>
    <w:p w14:paraId="451986E2" w14:textId="77777777" w:rsidR="00504789" w:rsidRDefault="003E14F7">
      <w:pPr>
        <w:bidi/>
        <w:rPr>
          <w:rFonts w:hint="eastAsia"/>
        </w:rPr>
      </w:pPr>
      <w:r>
        <w:rPr>
          <w:sz w:val="21"/>
          <w:szCs w:val="21"/>
          <w:rtl/>
        </w:rPr>
        <w:t>التوقيع: ....................................</w:t>
      </w:r>
    </w:p>
    <w:p w14:paraId="7F587047"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7ED84E5F" w14:textId="77777777" w:rsidR="00504789" w:rsidRDefault="003E14F7">
      <w:pPr>
        <w:rPr>
          <w:rFonts w:hint="eastAsia"/>
        </w:rPr>
      </w:pPr>
      <w:r>
        <w:br w:type="page"/>
      </w:r>
    </w:p>
    <w:p w14:paraId="4B439902"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L04: قبول مشروط بمعالجة</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7EC6CBB6" w14:textId="77777777">
        <w:trPr>
          <w:cantSplit/>
          <w:jc w:val="center"/>
        </w:trPr>
        <w:tc>
          <w:tcPr>
            <w:tcW w:w="1701" w:type="dxa"/>
            <w:shd w:val="clear" w:color="auto" w:fill="EEF1FA"/>
          </w:tcPr>
          <w:p w14:paraId="7B51BD5C" w14:textId="77777777" w:rsidR="00504789" w:rsidRDefault="003E14F7">
            <w:pPr>
              <w:bidi/>
              <w:rPr>
                <w:rFonts w:hint="eastAsia"/>
              </w:rPr>
            </w:pPr>
            <w:r>
              <w:rPr>
                <w:sz w:val="19"/>
                <w:szCs w:val="19"/>
                <w:rtl/>
              </w:rPr>
              <w:t>رقم الخطاب</w:t>
            </w:r>
          </w:p>
        </w:tc>
        <w:tc>
          <w:tcPr>
            <w:tcW w:w="3005" w:type="dxa"/>
          </w:tcPr>
          <w:p w14:paraId="09DA783F" w14:textId="77777777" w:rsidR="00504789" w:rsidRDefault="003E14F7">
            <w:pPr>
              <w:bidi/>
              <w:rPr>
                <w:rFonts w:hint="eastAsia"/>
              </w:rPr>
            </w:pPr>
            <w:r>
              <w:rPr>
                <w:sz w:val="19"/>
                <w:szCs w:val="19"/>
                <w:rtl/>
              </w:rPr>
              <w:t>[رقم الخطاب]</w:t>
            </w:r>
          </w:p>
        </w:tc>
        <w:tc>
          <w:tcPr>
            <w:tcW w:w="1701" w:type="dxa"/>
            <w:shd w:val="clear" w:color="auto" w:fill="EEF1FA"/>
          </w:tcPr>
          <w:p w14:paraId="1D43CC40" w14:textId="77777777" w:rsidR="00504789" w:rsidRDefault="003E14F7">
            <w:pPr>
              <w:bidi/>
              <w:rPr>
                <w:rFonts w:hint="eastAsia"/>
              </w:rPr>
            </w:pPr>
            <w:r>
              <w:rPr>
                <w:sz w:val="19"/>
                <w:szCs w:val="19"/>
                <w:rtl/>
              </w:rPr>
              <w:t>التاريخ</w:t>
            </w:r>
          </w:p>
        </w:tc>
        <w:tc>
          <w:tcPr>
            <w:tcW w:w="3005" w:type="dxa"/>
          </w:tcPr>
          <w:p w14:paraId="4CFF720A" w14:textId="77777777" w:rsidR="00504789" w:rsidRDefault="003E14F7">
            <w:pPr>
              <w:bidi/>
              <w:rPr>
                <w:rFonts w:hint="eastAsia"/>
              </w:rPr>
            </w:pPr>
            <w:r>
              <w:rPr>
                <w:sz w:val="19"/>
                <w:szCs w:val="19"/>
                <w:rtl/>
              </w:rPr>
              <w:t>[التاريخ]</w:t>
            </w:r>
          </w:p>
        </w:tc>
      </w:tr>
      <w:tr w:rsidR="00504789" w14:paraId="641A87BB" w14:textId="77777777">
        <w:trPr>
          <w:cantSplit/>
          <w:jc w:val="center"/>
        </w:trPr>
        <w:tc>
          <w:tcPr>
            <w:tcW w:w="1701" w:type="dxa"/>
            <w:shd w:val="clear" w:color="auto" w:fill="EEF1FA"/>
          </w:tcPr>
          <w:p w14:paraId="2B81FC68" w14:textId="77777777" w:rsidR="00504789" w:rsidRDefault="003E14F7">
            <w:pPr>
              <w:bidi/>
              <w:rPr>
                <w:rFonts w:hint="eastAsia"/>
              </w:rPr>
            </w:pPr>
            <w:r>
              <w:rPr>
                <w:sz w:val="19"/>
                <w:szCs w:val="19"/>
                <w:rtl/>
              </w:rPr>
              <w:t>المشروع</w:t>
            </w:r>
          </w:p>
        </w:tc>
        <w:tc>
          <w:tcPr>
            <w:tcW w:w="3005" w:type="dxa"/>
          </w:tcPr>
          <w:p w14:paraId="34BCDBDA" w14:textId="77777777" w:rsidR="00504789" w:rsidRDefault="003E14F7">
            <w:pPr>
              <w:bidi/>
              <w:rPr>
                <w:rFonts w:hint="eastAsia"/>
              </w:rPr>
            </w:pPr>
            <w:r>
              <w:rPr>
                <w:sz w:val="19"/>
                <w:szCs w:val="19"/>
                <w:rtl/>
              </w:rPr>
              <w:t>[اسم المشروع]</w:t>
            </w:r>
          </w:p>
        </w:tc>
        <w:tc>
          <w:tcPr>
            <w:tcW w:w="1701" w:type="dxa"/>
            <w:shd w:val="clear" w:color="auto" w:fill="EEF1FA"/>
          </w:tcPr>
          <w:p w14:paraId="4C4B0B44" w14:textId="77777777" w:rsidR="00504789" w:rsidRDefault="003E14F7">
            <w:pPr>
              <w:bidi/>
              <w:rPr>
                <w:rFonts w:hint="eastAsia"/>
              </w:rPr>
            </w:pPr>
            <w:r>
              <w:rPr>
                <w:sz w:val="19"/>
                <w:szCs w:val="19"/>
                <w:rtl/>
              </w:rPr>
              <w:t>المرجع</w:t>
            </w:r>
          </w:p>
        </w:tc>
        <w:tc>
          <w:tcPr>
            <w:tcW w:w="3005" w:type="dxa"/>
          </w:tcPr>
          <w:p w14:paraId="75FC1E12" w14:textId="77777777" w:rsidR="00504789" w:rsidRDefault="003E14F7">
            <w:pPr>
              <w:bidi/>
              <w:rPr>
                <w:rFonts w:hint="eastAsia"/>
              </w:rPr>
            </w:pPr>
            <w:r>
              <w:rPr>
                <w:sz w:val="19"/>
                <w:szCs w:val="19"/>
                <w:rtl/>
              </w:rPr>
              <w:t>[رقم العقد]، [رقم السيناريو]</w:t>
            </w:r>
          </w:p>
        </w:tc>
      </w:tr>
    </w:tbl>
    <w:p w14:paraId="68D6000D" w14:textId="77777777" w:rsidR="00504789" w:rsidRDefault="00504789">
      <w:pPr>
        <w:bidi/>
        <w:spacing w:after="40"/>
        <w:rPr>
          <w:rFonts w:hint="eastAsia"/>
        </w:rPr>
      </w:pPr>
    </w:p>
    <w:p w14:paraId="74CCDADF" w14:textId="77777777" w:rsidR="00504789" w:rsidRDefault="003E14F7">
      <w:pPr>
        <w:bidi/>
        <w:spacing w:after="80"/>
        <w:rPr>
          <w:rFonts w:hint="eastAsia"/>
        </w:rPr>
      </w:pPr>
      <w:r>
        <w:rPr>
          <w:b/>
          <w:bCs/>
          <w:rtl/>
        </w:rPr>
        <w:t>السادة/ [اسم المقاول]                                           المحترمين</w:t>
      </w:r>
    </w:p>
    <w:p w14:paraId="71F58948" w14:textId="77777777" w:rsidR="00504789" w:rsidRDefault="003E14F7">
      <w:pPr>
        <w:bidi/>
        <w:spacing w:after="80"/>
        <w:rPr>
          <w:rFonts w:hint="eastAsia"/>
        </w:rPr>
      </w:pPr>
      <w:r>
        <w:rPr>
          <w:sz w:val="21"/>
          <w:szCs w:val="21"/>
          <w:rtl/>
        </w:rPr>
        <w:t>عناية/ [مدير مشروع المقاول]</w:t>
      </w:r>
    </w:p>
    <w:p w14:paraId="73A07B20" w14:textId="77777777" w:rsidR="00504789" w:rsidRDefault="003E14F7">
      <w:pPr>
        <w:bidi/>
        <w:spacing w:after="120"/>
        <w:rPr>
          <w:rFonts w:hint="eastAsia"/>
        </w:rPr>
      </w:pPr>
      <w:r>
        <w:rPr>
          <w:b/>
          <w:bCs/>
          <w:color w:val="052976"/>
          <w:rtl/>
        </w:rPr>
        <w:t xml:space="preserve">الموضوع: </w:t>
      </w:r>
      <w:r>
        <w:rPr>
          <w:b/>
          <w:bCs/>
          <w:rtl/>
        </w:rPr>
        <w:t>قبول مشروط بمعالجة: [البند]، [الموقع]</w:t>
      </w:r>
    </w:p>
    <w:p w14:paraId="6EA07116" w14:textId="77777777" w:rsidR="00504789" w:rsidRDefault="003E14F7">
      <w:pPr>
        <w:bidi/>
        <w:spacing w:after="80"/>
        <w:rPr>
          <w:rFonts w:hint="eastAsia"/>
        </w:rPr>
      </w:pPr>
      <w:r>
        <w:rPr>
          <w:rtl/>
        </w:rPr>
        <w:t>تحية طيبة وبعد،</w:t>
      </w:r>
    </w:p>
    <w:p w14:paraId="1C1F3994" w14:textId="77777777" w:rsidR="00504789" w:rsidRDefault="003E14F7">
      <w:pPr>
        <w:bidi/>
        <w:spacing w:after="120"/>
        <w:rPr>
          <w:rFonts w:hint="eastAsia"/>
        </w:rPr>
      </w:pPr>
      <w:r>
        <w:rPr>
          <w:rtl/>
        </w:rPr>
        <w:t>بالإشارة إلى إشعار عدم المطابقة رقم [رقم NCR] الخاص بـ [وصف العيب]، وبعد دراسة [التقرير الفني أو نتائج الاختبار]، يقبل العمل قبولا مشروطا بتنفيذ المعالجة التالية: [وصف المعالجة والمادة المعتمدة].</w:t>
      </w:r>
    </w:p>
    <w:p w14:paraId="74F09B7C" w14:textId="77777777" w:rsidR="00504789" w:rsidRDefault="003E14F7">
      <w:pPr>
        <w:bidi/>
        <w:spacing w:after="120"/>
        <w:rPr>
          <w:rFonts w:hint="eastAsia"/>
        </w:rPr>
      </w:pPr>
      <w:r>
        <w:rPr>
          <w:rtl/>
        </w:rPr>
        <w:t>تنفذ المعالجة وفق طريقة عمل معتمدة وبحضور مهندس الإشراف، ثم يعاد [الفحص أو الاختبار] ويشترط تحقيق [معيار القبول].</w:t>
      </w:r>
    </w:p>
    <w:p w14:paraId="4D89D124" w14:textId="77777777" w:rsidR="00504789" w:rsidRDefault="003E14F7">
      <w:pPr>
        <w:bidi/>
        <w:spacing w:after="120"/>
        <w:rPr>
          <w:rFonts w:hint="eastAsia"/>
        </w:rPr>
      </w:pPr>
      <w:r>
        <w:rPr>
          <w:rtl/>
        </w:rPr>
        <w:t>يظل القبول معلقا حتى إغلاق الإشعار، وتكون تكلفة المعالجة والاختبارات على حسابكم، ولا يخل هذا القبول بالتزاماتكم خلال فترة الضمان.</w:t>
      </w:r>
    </w:p>
    <w:p w14:paraId="3B293DE7" w14:textId="77777777" w:rsidR="00504789" w:rsidRDefault="003E14F7">
      <w:pPr>
        <w:bidi/>
        <w:spacing w:after="280"/>
        <w:rPr>
          <w:rFonts w:hint="eastAsia"/>
        </w:rPr>
      </w:pPr>
      <w:r>
        <w:rPr>
          <w:rtl/>
        </w:rPr>
        <w:t>وتفضلوا بقبول وافر الاحترام،</w:t>
      </w:r>
    </w:p>
    <w:p w14:paraId="38388901" w14:textId="77777777" w:rsidR="00504789" w:rsidRDefault="003E14F7">
      <w:pPr>
        <w:bidi/>
        <w:spacing w:after="80"/>
        <w:rPr>
          <w:rFonts w:hint="eastAsia"/>
        </w:rPr>
      </w:pPr>
      <w:r>
        <w:rPr>
          <w:b/>
          <w:bCs/>
          <w:color w:val="052976"/>
          <w:sz w:val="23"/>
          <w:szCs w:val="23"/>
          <w:rtl/>
        </w:rPr>
        <w:t>م/ أحمد فتحي، مدير المشاريع</w:t>
      </w:r>
    </w:p>
    <w:p w14:paraId="6BECCD24" w14:textId="77777777" w:rsidR="00504789" w:rsidRDefault="003E14F7">
      <w:pPr>
        <w:bidi/>
        <w:spacing w:after="80"/>
        <w:rPr>
          <w:rFonts w:hint="eastAsia"/>
        </w:rPr>
      </w:pPr>
      <w:r>
        <w:rPr>
          <w:sz w:val="21"/>
          <w:szCs w:val="21"/>
          <w:rtl/>
        </w:rPr>
        <w:t>المبدعون العرب للاستشارات الهندسية</w:t>
      </w:r>
    </w:p>
    <w:p w14:paraId="7686DFDA" w14:textId="77777777" w:rsidR="00504789" w:rsidRDefault="003E14F7">
      <w:pPr>
        <w:bidi/>
        <w:rPr>
          <w:rFonts w:hint="eastAsia"/>
        </w:rPr>
      </w:pPr>
      <w:r>
        <w:rPr>
          <w:sz w:val="21"/>
          <w:szCs w:val="21"/>
          <w:rtl/>
        </w:rPr>
        <w:t>التوقيع: ....................................</w:t>
      </w:r>
    </w:p>
    <w:p w14:paraId="2F469F1D"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4352EB2F" w14:textId="77777777" w:rsidR="00504789" w:rsidRDefault="003E14F7">
      <w:pPr>
        <w:rPr>
          <w:rFonts w:hint="eastAsia"/>
        </w:rPr>
      </w:pPr>
      <w:r>
        <w:br w:type="page"/>
      </w:r>
    </w:p>
    <w:p w14:paraId="5F154722"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L05: طلب اختبار قلب خرساني على حساب المقاول</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3E27C97C" w14:textId="77777777">
        <w:trPr>
          <w:cantSplit/>
          <w:jc w:val="center"/>
        </w:trPr>
        <w:tc>
          <w:tcPr>
            <w:tcW w:w="1701" w:type="dxa"/>
            <w:shd w:val="clear" w:color="auto" w:fill="EEF1FA"/>
          </w:tcPr>
          <w:p w14:paraId="4E56D41E" w14:textId="77777777" w:rsidR="00504789" w:rsidRDefault="003E14F7">
            <w:pPr>
              <w:bidi/>
              <w:rPr>
                <w:rFonts w:hint="eastAsia"/>
              </w:rPr>
            </w:pPr>
            <w:r>
              <w:rPr>
                <w:sz w:val="19"/>
                <w:szCs w:val="19"/>
                <w:rtl/>
              </w:rPr>
              <w:t>رقم الخطاب</w:t>
            </w:r>
          </w:p>
        </w:tc>
        <w:tc>
          <w:tcPr>
            <w:tcW w:w="3005" w:type="dxa"/>
          </w:tcPr>
          <w:p w14:paraId="74146AE5" w14:textId="77777777" w:rsidR="00504789" w:rsidRDefault="003E14F7">
            <w:pPr>
              <w:bidi/>
              <w:rPr>
                <w:rFonts w:hint="eastAsia"/>
              </w:rPr>
            </w:pPr>
            <w:r>
              <w:rPr>
                <w:sz w:val="19"/>
                <w:szCs w:val="19"/>
                <w:rtl/>
              </w:rPr>
              <w:t>[رقم الخطاب]</w:t>
            </w:r>
          </w:p>
        </w:tc>
        <w:tc>
          <w:tcPr>
            <w:tcW w:w="1701" w:type="dxa"/>
            <w:shd w:val="clear" w:color="auto" w:fill="EEF1FA"/>
          </w:tcPr>
          <w:p w14:paraId="4E55D7E4" w14:textId="77777777" w:rsidR="00504789" w:rsidRDefault="003E14F7">
            <w:pPr>
              <w:bidi/>
              <w:rPr>
                <w:rFonts w:hint="eastAsia"/>
              </w:rPr>
            </w:pPr>
            <w:r>
              <w:rPr>
                <w:sz w:val="19"/>
                <w:szCs w:val="19"/>
                <w:rtl/>
              </w:rPr>
              <w:t>التاريخ</w:t>
            </w:r>
          </w:p>
        </w:tc>
        <w:tc>
          <w:tcPr>
            <w:tcW w:w="3005" w:type="dxa"/>
          </w:tcPr>
          <w:p w14:paraId="4E4813AE" w14:textId="77777777" w:rsidR="00504789" w:rsidRDefault="003E14F7">
            <w:pPr>
              <w:bidi/>
              <w:rPr>
                <w:rFonts w:hint="eastAsia"/>
              </w:rPr>
            </w:pPr>
            <w:r>
              <w:rPr>
                <w:sz w:val="19"/>
                <w:szCs w:val="19"/>
                <w:rtl/>
              </w:rPr>
              <w:t>[التاريخ]</w:t>
            </w:r>
          </w:p>
        </w:tc>
      </w:tr>
      <w:tr w:rsidR="00504789" w14:paraId="3577F73C" w14:textId="77777777">
        <w:trPr>
          <w:cantSplit/>
          <w:jc w:val="center"/>
        </w:trPr>
        <w:tc>
          <w:tcPr>
            <w:tcW w:w="1701" w:type="dxa"/>
            <w:shd w:val="clear" w:color="auto" w:fill="EEF1FA"/>
          </w:tcPr>
          <w:p w14:paraId="17697AA2" w14:textId="77777777" w:rsidR="00504789" w:rsidRDefault="003E14F7">
            <w:pPr>
              <w:bidi/>
              <w:rPr>
                <w:rFonts w:hint="eastAsia"/>
              </w:rPr>
            </w:pPr>
            <w:r>
              <w:rPr>
                <w:sz w:val="19"/>
                <w:szCs w:val="19"/>
                <w:rtl/>
              </w:rPr>
              <w:t>المشروع</w:t>
            </w:r>
          </w:p>
        </w:tc>
        <w:tc>
          <w:tcPr>
            <w:tcW w:w="3005" w:type="dxa"/>
          </w:tcPr>
          <w:p w14:paraId="4492517F" w14:textId="77777777" w:rsidR="00504789" w:rsidRDefault="003E14F7">
            <w:pPr>
              <w:bidi/>
              <w:rPr>
                <w:rFonts w:hint="eastAsia"/>
              </w:rPr>
            </w:pPr>
            <w:r>
              <w:rPr>
                <w:sz w:val="19"/>
                <w:szCs w:val="19"/>
                <w:rtl/>
              </w:rPr>
              <w:t>[اسم المشروع]</w:t>
            </w:r>
          </w:p>
        </w:tc>
        <w:tc>
          <w:tcPr>
            <w:tcW w:w="1701" w:type="dxa"/>
            <w:shd w:val="clear" w:color="auto" w:fill="EEF1FA"/>
          </w:tcPr>
          <w:p w14:paraId="3C4D5B44" w14:textId="77777777" w:rsidR="00504789" w:rsidRDefault="003E14F7">
            <w:pPr>
              <w:bidi/>
              <w:rPr>
                <w:rFonts w:hint="eastAsia"/>
              </w:rPr>
            </w:pPr>
            <w:r>
              <w:rPr>
                <w:sz w:val="19"/>
                <w:szCs w:val="19"/>
                <w:rtl/>
              </w:rPr>
              <w:t>المرجع</w:t>
            </w:r>
          </w:p>
        </w:tc>
        <w:tc>
          <w:tcPr>
            <w:tcW w:w="3005" w:type="dxa"/>
          </w:tcPr>
          <w:p w14:paraId="7EB30947" w14:textId="77777777" w:rsidR="00504789" w:rsidRDefault="003E14F7">
            <w:pPr>
              <w:bidi/>
              <w:rPr>
                <w:rFonts w:hint="eastAsia"/>
              </w:rPr>
            </w:pPr>
            <w:r>
              <w:rPr>
                <w:sz w:val="19"/>
                <w:szCs w:val="19"/>
                <w:rtl/>
              </w:rPr>
              <w:t>[رقم العقد]، [رقم السيناريو]</w:t>
            </w:r>
          </w:p>
        </w:tc>
      </w:tr>
    </w:tbl>
    <w:p w14:paraId="565477CF" w14:textId="77777777" w:rsidR="00504789" w:rsidRDefault="00504789">
      <w:pPr>
        <w:bidi/>
        <w:spacing w:after="40"/>
        <w:rPr>
          <w:rFonts w:hint="eastAsia"/>
        </w:rPr>
      </w:pPr>
    </w:p>
    <w:p w14:paraId="01853731" w14:textId="77777777" w:rsidR="00504789" w:rsidRDefault="003E14F7">
      <w:pPr>
        <w:bidi/>
        <w:spacing w:after="80"/>
        <w:rPr>
          <w:rFonts w:hint="eastAsia"/>
        </w:rPr>
      </w:pPr>
      <w:r>
        <w:rPr>
          <w:b/>
          <w:bCs/>
          <w:rtl/>
        </w:rPr>
        <w:t>السادة/ [اسم المقاول]                                           المحترمين</w:t>
      </w:r>
    </w:p>
    <w:p w14:paraId="6EA2F0FF" w14:textId="77777777" w:rsidR="00504789" w:rsidRDefault="003E14F7">
      <w:pPr>
        <w:bidi/>
        <w:spacing w:after="80"/>
        <w:rPr>
          <w:rFonts w:hint="eastAsia"/>
        </w:rPr>
      </w:pPr>
      <w:r>
        <w:rPr>
          <w:sz w:val="21"/>
          <w:szCs w:val="21"/>
          <w:rtl/>
        </w:rPr>
        <w:t>عناية/ [مدير مشروع المقاول]</w:t>
      </w:r>
    </w:p>
    <w:p w14:paraId="7C044831" w14:textId="77777777" w:rsidR="00504789" w:rsidRDefault="003E14F7">
      <w:pPr>
        <w:bidi/>
        <w:spacing w:after="120"/>
        <w:rPr>
          <w:rFonts w:hint="eastAsia"/>
        </w:rPr>
      </w:pPr>
      <w:r>
        <w:rPr>
          <w:b/>
          <w:bCs/>
          <w:color w:val="052976"/>
          <w:rtl/>
        </w:rPr>
        <w:t xml:space="preserve">الموضوع: </w:t>
      </w:r>
      <w:r>
        <w:rPr>
          <w:b/>
          <w:bCs/>
          <w:rtl/>
        </w:rPr>
        <w:t>طلب اختبار قلب خرساني على حسابكم: [العنصر]، صبة [تاريخ الصب]</w:t>
      </w:r>
    </w:p>
    <w:p w14:paraId="4B527836" w14:textId="77777777" w:rsidR="00504789" w:rsidRDefault="003E14F7">
      <w:pPr>
        <w:bidi/>
        <w:spacing w:after="80"/>
        <w:rPr>
          <w:rFonts w:hint="eastAsia"/>
        </w:rPr>
      </w:pPr>
      <w:r>
        <w:rPr>
          <w:rtl/>
        </w:rPr>
        <w:t>تحية طيبة وبعد،</w:t>
      </w:r>
    </w:p>
    <w:p w14:paraId="35DA8590" w14:textId="77777777" w:rsidR="00504789" w:rsidRDefault="003E14F7">
      <w:pPr>
        <w:bidi/>
        <w:spacing w:after="120"/>
        <w:rPr>
          <w:rFonts w:hint="eastAsia"/>
        </w:rPr>
      </w:pPr>
      <w:r>
        <w:rPr>
          <w:rtl/>
        </w:rPr>
        <w:t>أظهرت نتائج مكعبات [العمر] يوما للصبة رقم [رقم الصبة] بتاريخ [تاريخ الصب] في [العنصر] قيمة [النتيجة] مقابل المقاومة المميزة [القيمة المطلوبة]، وهي لا تحقق شروط القبول في [الكود المعتمد بالعقد].</w:t>
      </w:r>
    </w:p>
    <w:p w14:paraId="1B42A5E7" w14:textId="77777777" w:rsidR="00504789" w:rsidRDefault="003E14F7">
      <w:pPr>
        <w:bidi/>
        <w:spacing w:after="120"/>
        <w:rPr>
          <w:rFonts w:hint="eastAsia"/>
        </w:rPr>
      </w:pPr>
      <w:r>
        <w:rPr>
          <w:rtl/>
        </w:rPr>
        <w:t>المطلوب أخذ [عدد لا يقل عن 3] قلوب من الأماكن التي يحددها جهاز الإشراف بعد كشف الحديد بجهاز Cover-Meter، واختبارها بمعمل معتمد بحضورنا، وإصلاح أماكن القلوب بمونة قليلة الانكماش، خلال [عدد] أيام.</w:t>
      </w:r>
    </w:p>
    <w:p w14:paraId="66E3586C" w14:textId="77777777" w:rsidR="00504789" w:rsidRDefault="003E14F7">
      <w:pPr>
        <w:bidi/>
        <w:spacing w:after="120"/>
        <w:rPr>
          <w:rFonts w:hint="eastAsia"/>
        </w:rPr>
      </w:pPr>
      <w:r>
        <w:rPr>
          <w:rtl/>
        </w:rPr>
        <w:t>معيار القبول: متوسط القلوب لا يقل عن [75% حسب الكود المصري أو 85% حسب ACI] من المقاومة المطلوبة، والقلب المفرد لا يقل عن [65% أو 75%]. وعند عدم الوفاء يلزم اختبار تحميل بعد 6 أسابيع من الصب على الأقل.</w:t>
      </w:r>
    </w:p>
    <w:p w14:paraId="3AC40858" w14:textId="77777777" w:rsidR="00504789" w:rsidRDefault="003E14F7">
      <w:pPr>
        <w:bidi/>
        <w:spacing w:after="120"/>
        <w:rPr>
          <w:rFonts w:hint="eastAsia"/>
        </w:rPr>
      </w:pPr>
      <w:r>
        <w:rPr>
          <w:rtl/>
        </w:rPr>
        <w:t>يتوقف أي صب أو تحميل فوق العنصر لحين صدور القرار، وتكون جميع تكاليف الاختبارات والإصلاح على حسابكم.</w:t>
      </w:r>
    </w:p>
    <w:p w14:paraId="0D80DB08" w14:textId="77777777" w:rsidR="00504789" w:rsidRDefault="003E14F7">
      <w:pPr>
        <w:bidi/>
        <w:spacing w:after="280"/>
        <w:rPr>
          <w:rFonts w:hint="eastAsia"/>
        </w:rPr>
      </w:pPr>
      <w:r>
        <w:rPr>
          <w:rtl/>
        </w:rPr>
        <w:t>وتفضلوا بقبول وافر الاحترام،</w:t>
      </w:r>
    </w:p>
    <w:p w14:paraId="235F8B30" w14:textId="77777777" w:rsidR="00504789" w:rsidRDefault="003E14F7">
      <w:pPr>
        <w:bidi/>
        <w:spacing w:after="80"/>
        <w:rPr>
          <w:rFonts w:hint="eastAsia"/>
        </w:rPr>
      </w:pPr>
      <w:r>
        <w:rPr>
          <w:b/>
          <w:bCs/>
          <w:color w:val="052976"/>
          <w:sz w:val="23"/>
          <w:szCs w:val="23"/>
          <w:rtl/>
        </w:rPr>
        <w:t>م/ أحمد فتحي، مدير المشاريع</w:t>
      </w:r>
    </w:p>
    <w:p w14:paraId="236B7CA4" w14:textId="77777777" w:rsidR="00504789" w:rsidRDefault="003E14F7">
      <w:pPr>
        <w:bidi/>
        <w:spacing w:after="80"/>
        <w:rPr>
          <w:rFonts w:hint="eastAsia"/>
        </w:rPr>
      </w:pPr>
      <w:r>
        <w:rPr>
          <w:sz w:val="21"/>
          <w:szCs w:val="21"/>
          <w:rtl/>
        </w:rPr>
        <w:t>المبدعون العرب للاستشارات الهندسية</w:t>
      </w:r>
    </w:p>
    <w:p w14:paraId="6D996F00" w14:textId="77777777" w:rsidR="00504789" w:rsidRDefault="003E14F7">
      <w:pPr>
        <w:bidi/>
        <w:rPr>
          <w:rFonts w:hint="eastAsia"/>
        </w:rPr>
      </w:pPr>
      <w:r>
        <w:rPr>
          <w:sz w:val="21"/>
          <w:szCs w:val="21"/>
          <w:rtl/>
        </w:rPr>
        <w:t>التوقيع: ....................................</w:t>
      </w:r>
    </w:p>
    <w:p w14:paraId="32444185"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7F926228" w14:textId="77777777" w:rsidR="00504789" w:rsidRDefault="003E14F7">
      <w:pPr>
        <w:rPr>
          <w:rFonts w:hint="eastAsia"/>
        </w:rPr>
      </w:pPr>
      <w:r>
        <w:br w:type="page"/>
      </w:r>
    </w:p>
    <w:p w14:paraId="2DCC8661"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L06: الرد على خلاف في القياس والحصر</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531DF1A8" w14:textId="77777777">
        <w:trPr>
          <w:cantSplit/>
          <w:jc w:val="center"/>
        </w:trPr>
        <w:tc>
          <w:tcPr>
            <w:tcW w:w="1701" w:type="dxa"/>
            <w:shd w:val="clear" w:color="auto" w:fill="EEF1FA"/>
          </w:tcPr>
          <w:p w14:paraId="1A4BF5CE" w14:textId="77777777" w:rsidR="00504789" w:rsidRDefault="003E14F7">
            <w:pPr>
              <w:bidi/>
              <w:rPr>
                <w:rFonts w:hint="eastAsia"/>
              </w:rPr>
            </w:pPr>
            <w:r>
              <w:rPr>
                <w:sz w:val="19"/>
                <w:szCs w:val="19"/>
                <w:rtl/>
              </w:rPr>
              <w:t>رقم الخطاب</w:t>
            </w:r>
          </w:p>
        </w:tc>
        <w:tc>
          <w:tcPr>
            <w:tcW w:w="3005" w:type="dxa"/>
          </w:tcPr>
          <w:p w14:paraId="6F21AD02" w14:textId="77777777" w:rsidR="00504789" w:rsidRDefault="003E14F7">
            <w:pPr>
              <w:bidi/>
              <w:rPr>
                <w:rFonts w:hint="eastAsia"/>
              </w:rPr>
            </w:pPr>
            <w:r>
              <w:rPr>
                <w:sz w:val="19"/>
                <w:szCs w:val="19"/>
                <w:rtl/>
              </w:rPr>
              <w:t>[رقم الخطاب]</w:t>
            </w:r>
          </w:p>
        </w:tc>
        <w:tc>
          <w:tcPr>
            <w:tcW w:w="1701" w:type="dxa"/>
            <w:shd w:val="clear" w:color="auto" w:fill="EEF1FA"/>
          </w:tcPr>
          <w:p w14:paraId="79F7295F" w14:textId="77777777" w:rsidR="00504789" w:rsidRDefault="003E14F7">
            <w:pPr>
              <w:bidi/>
              <w:rPr>
                <w:rFonts w:hint="eastAsia"/>
              </w:rPr>
            </w:pPr>
            <w:r>
              <w:rPr>
                <w:sz w:val="19"/>
                <w:szCs w:val="19"/>
                <w:rtl/>
              </w:rPr>
              <w:t>التاريخ</w:t>
            </w:r>
          </w:p>
        </w:tc>
        <w:tc>
          <w:tcPr>
            <w:tcW w:w="3005" w:type="dxa"/>
          </w:tcPr>
          <w:p w14:paraId="19FB2743" w14:textId="77777777" w:rsidR="00504789" w:rsidRDefault="003E14F7">
            <w:pPr>
              <w:bidi/>
              <w:rPr>
                <w:rFonts w:hint="eastAsia"/>
              </w:rPr>
            </w:pPr>
            <w:r>
              <w:rPr>
                <w:sz w:val="19"/>
                <w:szCs w:val="19"/>
                <w:rtl/>
              </w:rPr>
              <w:t>[التاريخ]</w:t>
            </w:r>
          </w:p>
        </w:tc>
      </w:tr>
      <w:tr w:rsidR="00504789" w14:paraId="7536D173" w14:textId="77777777">
        <w:trPr>
          <w:cantSplit/>
          <w:jc w:val="center"/>
        </w:trPr>
        <w:tc>
          <w:tcPr>
            <w:tcW w:w="1701" w:type="dxa"/>
            <w:shd w:val="clear" w:color="auto" w:fill="EEF1FA"/>
          </w:tcPr>
          <w:p w14:paraId="3ECC9C56" w14:textId="77777777" w:rsidR="00504789" w:rsidRDefault="003E14F7">
            <w:pPr>
              <w:bidi/>
              <w:rPr>
                <w:rFonts w:hint="eastAsia"/>
              </w:rPr>
            </w:pPr>
            <w:r>
              <w:rPr>
                <w:sz w:val="19"/>
                <w:szCs w:val="19"/>
                <w:rtl/>
              </w:rPr>
              <w:t>المشروع</w:t>
            </w:r>
          </w:p>
        </w:tc>
        <w:tc>
          <w:tcPr>
            <w:tcW w:w="3005" w:type="dxa"/>
          </w:tcPr>
          <w:p w14:paraId="4A967512" w14:textId="77777777" w:rsidR="00504789" w:rsidRDefault="003E14F7">
            <w:pPr>
              <w:bidi/>
              <w:rPr>
                <w:rFonts w:hint="eastAsia"/>
              </w:rPr>
            </w:pPr>
            <w:r>
              <w:rPr>
                <w:sz w:val="19"/>
                <w:szCs w:val="19"/>
                <w:rtl/>
              </w:rPr>
              <w:t>[اسم المشروع]</w:t>
            </w:r>
          </w:p>
        </w:tc>
        <w:tc>
          <w:tcPr>
            <w:tcW w:w="1701" w:type="dxa"/>
            <w:shd w:val="clear" w:color="auto" w:fill="EEF1FA"/>
          </w:tcPr>
          <w:p w14:paraId="0916079D" w14:textId="77777777" w:rsidR="00504789" w:rsidRDefault="003E14F7">
            <w:pPr>
              <w:bidi/>
              <w:rPr>
                <w:rFonts w:hint="eastAsia"/>
              </w:rPr>
            </w:pPr>
            <w:r>
              <w:rPr>
                <w:sz w:val="19"/>
                <w:szCs w:val="19"/>
                <w:rtl/>
              </w:rPr>
              <w:t>المرجع</w:t>
            </w:r>
          </w:p>
        </w:tc>
        <w:tc>
          <w:tcPr>
            <w:tcW w:w="3005" w:type="dxa"/>
          </w:tcPr>
          <w:p w14:paraId="2D2EBDDF" w14:textId="77777777" w:rsidR="00504789" w:rsidRDefault="003E14F7">
            <w:pPr>
              <w:bidi/>
              <w:rPr>
                <w:rFonts w:hint="eastAsia"/>
              </w:rPr>
            </w:pPr>
            <w:r>
              <w:rPr>
                <w:sz w:val="19"/>
                <w:szCs w:val="19"/>
                <w:rtl/>
              </w:rPr>
              <w:t>[رقم العقد]، [رقم السيناريو]</w:t>
            </w:r>
          </w:p>
        </w:tc>
      </w:tr>
    </w:tbl>
    <w:p w14:paraId="530E26E1" w14:textId="77777777" w:rsidR="00504789" w:rsidRDefault="00504789">
      <w:pPr>
        <w:bidi/>
        <w:spacing w:after="40"/>
        <w:rPr>
          <w:rFonts w:hint="eastAsia"/>
        </w:rPr>
      </w:pPr>
    </w:p>
    <w:p w14:paraId="60F67A8D" w14:textId="77777777" w:rsidR="00504789" w:rsidRDefault="003E14F7">
      <w:pPr>
        <w:bidi/>
        <w:spacing w:after="80"/>
        <w:rPr>
          <w:rFonts w:hint="eastAsia"/>
        </w:rPr>
      </w:pPr>
      <w:r>
        <w:rPr>
          <w:b/>
          <w:bCs/>
          <w:rtl/>
        </w:rPr>
        <w:t>السادة/ [اسم المقاول]                                           المحترمين</w:t>
      </w:r>
    </w:p>
    <w:p w14:paraId="6AC853E1" w14:textId="77777777" w:rsidR="00504789" w:rsidRDefault="003E14F7">
      <w:pPr>
        <w:bidi/>
        <w:spacing w:after="80"/>
        <w:rPr>
          <w:rFonts w:hint="eastAsia"/>
        </w:rPr>
      </w:pPr>
      <w:r>
        <w:rPr>
          <w:sz w:val="21"/>
          <w:szCs w:val="21"/>
          <w:rtl/>
        </w:rPr>
        <w:t>عناية/ [مدير مشروع المقاول]</w:t>
      </w:r>
    </w:p>
    <w:p w14:paraId="2246C4B8" w14:textId="77777777" w:rsidR="00504789" w:rsidRDefault="003E14F7">
      <w:pPr>
        <w:bidi/>
        <w:spacing w:after="120"/>
        <w:rPr>
          <w:rFonts w:hint="eastAsia"/>
        </w:rPr>
      </w:pPr>
      <w:r>
        <w:rPr>
          <w:b/>
          <w:bCs/>
          <w:color w:val="052976"/>
          <w:rtl/>
        </w:rPr>
        <w:t xml:space="preserve">الموضوع: </w:t>
      </w:r>
      <w:r>
        <w:rPr>
          <w:b/>
          <w:bCs/>
          <w:rtl/>
        </w:rPr>
        <w:t>الرد على خلاف الحصر: البند رقم [رقم البند]، المستخلص رقم [رقم المستخلص]</w:t>
      </w:r>
    </w:p>
    <w:p w14:paraId="0FF58291" w14:textId="77777777" w:rsidR="00504789" w:rsidRDefault="003E14F7">
      <w:pPr>
        <w:bidi/>
        <w:spacing w:after="80"/>
        <w:rPr>
          <w:rFonts w:hint="eastAsia"/>
        </w:rPr>
      </w:pPr>
      <w:r>
        <w:rPr>
          <w:rtl/>
        </w:rPr>
        <w:t>تحية طيبة وبعد،</w:t>
      </w:r>
    </w:p>
    <w:p w14:paraId="589E9F3C" w14:textId="77777777" w:rsidR="00504789" w:rsidRDefault="003E14F7">
      <w:pPr>
        <w:bidi/>
        <w:spacing w:after="120"/>
        <w:rPr>
          <w:rFonts w:hint="eastAsia"/>
        </w:rPr>
      </w:pPr>
      <w:r>
        <w:rPr>
          <w:rtl/>
        </w:rPr>
        <w:t>بالإشارة إلى خطابكم رقم [رقم] بتاريخ [التاريخ] بشأن كمية البند [وصف البند]، تمت مراجعة الحصر المقدم منكم مقابل طريقة القياس المنصوص عليها في [جدول الكميات أو المواصفات ورقم البند].</w:t>
      </w:r>
    </w:p>
    <w:p w14:paraId="584FA13A" w14:textId="77777777" w:rsidR="00504789" w:rsidRDefault="003E14F7">
      <w:pPr>
        <w:bidi/>
        <w:spacing w:after="120"/>
        <w:rPr>
          <w:rFonts w:hint="eastAsia"/>
        </w:rPr>
      </w:pPr>
      <w:r>
        <w:rPr>
          <w:rtl/>
        </w:rPr>
        <w:t>تنص طريقة القياس على [وصف الطريقة، مثل القياس الهندسي من الرسومات المعتمدة دون احتساب الهالك أو الزيادات الناتجة عن التنفيذ]، ويشمل سعر البند [ما يشمله البند]. وبناء عليه تعتمد كمية [الكمية المعتمدة] [الوحدة] بدلا من [الكمية المطالب بها]، ويرفض الفرق.</w:t>
      </w:r>
    </w:p>
    <w:p w14:paraId="01E92583" w14:textId="77777777" w:rsidR="00504789" w:rsidRDefault="003E14F7">
      <w:pPr>
        <w:bidi/>
        <w:spacing w:after="120"/>
        <w:rPr>
          <w:rFonts w:hint="eastAsia"/>
        </w:rPr>
      </w:pPr>
      <w:r>
        <w:rPr>
          <w:rtl/>
        </w:rPr>
        <w:t>يوضح كشف الحصر المعتمد رقم [رقم الكشف] أسلوب الحساب، ولكم تقديم أي ملاحظات فنية خلال [عدد] أيام مع ما يؤيدها من رفع مساحي معتمد أو أمر كتابي سابق.</w:t>
      </w:r>
    </w:p>
    <w:p w14:paraId="6850B43B" w14:textId="77777777" w:rsidR="00504789" w:rsidRDefault="003E14F7">
      <w:pPr>
        <w:bidi/>
        <w:spacing w:after="280"/>
        <w:rPr>
          <w:rFonts w:hint="eastAsia"/>
        </w:rPr>
      </w:pPr>
      <w:r>
        <w:rPr>
          <w:rtl/>
        </w:rPr>
        <w:t>وتفضلوا بقبول وافر الاحترام،</w:t>
      </w:r>
    </w:p>
    <w:p w14:paraId="7B1F2AA0" w14:textId="77777777" w:rsidR="00504789" w:rsidRDefault="003E14F7">
      <w:pPr>
        <w:bidi/>
        <w:spacing w:after="80"/>
        <w:rPr>
          <w:rFonts w:hint="eastAsia"/>
        </w:rPr>
      </w:pPr>
      <w:r>
        <w:rPr>
          <w:b/>
          <w:bCs/>
          <w:color w:val="052976"/>
          <w:sz w:val="23"/>
          <w:szCs w:val="23"/>
          <w:rtl/>
        </w:rPr>
        <w:t>م/ أحمد فتحي، مدير المشاريع</w:t>
      </w:r>
    </w:p>
    <w:p w14:paraId="75B3423E" w14:textId="77777777" w:rsidR="00504789" w:rsidRDefault="003E14F7">
      <w:pPr>
        <w:bidi/>
        <w:spacing w:after="80"/>
        <w:rPr>
          <w:rFonts w:hint="eastAsia"/>
        </w:rPr>
      </w:pPr>
      <w:r>
        <w:rPr>
          <w:sz w:val="21"/>
          <w:szCs w:val="21"/>
          <w:rtl/>
        </w:rPr>
        <w:t>المبدعون العرب للاستشارات الهندسية</w:t>
      </w:r>
    </w:p>
    <w:p w14:paraId="79014A1E" w14:textId="77777777" w:rsidR="00504789" w:rsidRDefault="003E14F7">
      <w:pPr>
        <w:bidi/>
        <w:rPr>
          <w:rFonts w:hint="eastAsia"/>
        </w:rPr>
      </w:pPr>
      <w:r>
        <w:rPr>
          <w:sz w:val="21"/>
          <w:szCs w:val="21"/>
          <w:rtl/>
        </w:rPr>
        <w:t>التوقيع: ....................................</w:t>
      </w:r>
    </w:p>
    <w:p w14:paraId="41855C01" w14:textId="77777777" w:rsidR="00504789" w:rsidRDefault="003E14F7">
      <w:pPr>
        <w:bidi/>
        <w:spacing w:after="80"/>
        <w:rPr>
          <w:rFonts w:hint="eastAsia"/>
        </w:rPr>
      </w:pPr>
      <w:r>
        <w:rPr>
          <w:color w:val="5B6475"/>
          <w:sz w:val="18"/>
          <w:szCs w:val="18"/>
          <w:rtl/>
        </w:rPr>
        <w:t>نسخة إلى: المالك [اسم الجهة]، ملف المشروع، سجل المطالبات.</w:t>
      </w:r>
    </w:p>
    <w:p w14:paraId="34277CFD" w14:textId="77777777" w:rsidR="00504789" w:rsidRDefault="003E14F7">
      <w:pPr>
        <w:rPr>
          <w:rFonts w:hint="eastAsia"/>
        </w:rPr>
      </w:pPr>
      <w:r>
        <w:br w:type="page"/>
      </w:r>
    </w:p>
    <w:p w14:paraId="69F2BB97"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L07: الرد على مطالبة تمديد مدة لأسباب فنية</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24C2FBED" w14:textId="77777777">
        <w:trPr>
          <w:cantSplit/>
          <w:jc w:val="center"/>
        </w:trPr>
        <w:tc>
          <w:tcPr>
            <w:tcW w:w="1701" w:type="dxa"/>
            <w:shd w:val="clear" w:color="auto" w:fill="EEF1FA"/>
          </w:tcPr>
          <w:p w14:paraId="20138D36" w14:textId="77777777" w:rsidR="00504789" w:rsidRDefault="003E14F7">
            <w:pPr>
              <w:bidi/>
              <w:rPr>
                <w:rFonts w:hint="eastAsia"/>
              </w:rPr>
            </w:pPr>
            <w:r>
              <w:rPr>
                <w:sz w:val="19"/>
                <w:szCs w:val="19"/>
                <w:rtl/>
              </w:rPr>
              <w:t>رقم الخطاب</w:t>
            </w:r>
          </w:p>
        </w:tc>
        <w:tc>
          <w:tcPr>
            <w:tcW w:w="3005" w:type="dxa"/>
          </w:tcPr>
          <w:p w14:paraId="291D260A" w14:textId="77777777" w:rsidR="00504789" w:rsidRDefault="003E14F7">
            <w:pPr>
              <w:bidi/>
              <w:rPr>
                <w:rFonts w:hint="eastAsia"/>
              </w:rPr>
            </w:pPr>
            <w:r>
              <w:rPr>
                <w:sz w:val="19"/>
                <w:szCs w:val="19"/>
                <w:rtl/>
              </w:rPr>
              <w:t>[رقم الخطاب]</w:t>
            </w:r>
          </w:p>
        </w:tc>
        <w:tc>
          <w:tcPr>
            <w:tcW w:w="1701" w:type="dxa"/>
            <w:shd w:val="clear" w:color="auto" w:fill="EEF1FA"/>
          </w:tcPr>
          <w:p w14:paraId="5E4903CE" w14:textId="77777777" w:rsidR="00504789" w:rsidRDefault="003E14F7">
            <w:pPr>
              <w:bidi/>
              <w:rPr>
                <w:rFonts w:hint="eastAsia"/>
              </w:rPr>
            </w:pPr>
            <w:r>
              <w:rPr>
                <w:sz w:val="19"/>
                <w:szCs w:val="19"/>
                <w:rtl/>
              </w:rPr>
              <w:t>التاريخ</w:t>
            </w:r>
          </w:p>
        </w:tc>
        <w:tc>
          <w:tcPr>
            <w:tcW w:w="3005" w:type="dxa"/>
          </w:tcPr>
          <w:p w14:paraId="3223DC30" w14:textId="77777777" w:rsidR="00504789" w:rsidRDefault="003E14F7">
            <w:pPr>
              <w:bidi/>
              <w:rPr>
                <w:rFonts w:hint="eastAsia"/>
              </w:rPr>
            </w:pPr>
            <w:r>
              <w:rPr>
                <w:sz w:val="19"/>
                <w:szCs w:val="19"/>
                <w:rtl/>
              </w:rPr>
              <w:t>[التاريخ]</w:t>
            </w:r>
          </w:p>
        </w:tc>
      </w:tr>
      <w:tr w:rsidR="00504789" w14:paraId="357939EF" w14:textId="77777777">
        <w:trPr>
          <w:cantSplit/>
          <w:jc w:val="center"/>
        </w:trPr>
        <w:tc>
          <w:tcPr>
            <w:tcW w:w="1701" w:type="dxa"/>
            <w:shd w:val="clear" w:color="auto" w:fill="EEF1FA"/>
          </w:tcPr>
          <w:p w14:paraId="67476872" w14:textId="77777777" w:rsidR="00504789" w:rsidRDefault="003E14F7">
            <w:pPr>
              <w:bidi/>
              <w:rPr>
                <w:rFonts w:hint="eastAsia"/>
              </w:rPr>
            </w:pPr>
            <w:r>
              <w:rPr>
                <w:sz w:val="19"/>
                <w:szCs w:val="19"/>
                <w:rtl/>
              </w:rPr>
              <w:t>المشروع</w:t>
            </w:r>
          </w:p>
        </w:tc>
        <w:tc>
          <w:tcPr>
            <w:tcW w:w="3005" w:type="dxa"/>
          </w:tcPr>
          <w:p w14:paraId="397EC3D7" w14:textId="77777777" w:rsidR="00504789" w:rsidRDefault="003E14F7">
            <w:pPr>
              <w:bidi/>
              <w:rPr>
                <w:rFonts w:hint="eastAsia"/>
              </w:rPr>
            </w:pPr>
            <w:r>
              <w:rPr>
                <w:sz w:val="19"/>
                <w:szCs w:val="19"/>
                <w:rtl/>
              </w:rPr>
              <w:t>[اسم المشروع]</w:t>
            </w:r>
          </w:p>
        </w:tc>
        <w:tc>
          <w:tcPr>
            <w:tcW w:w="1701" w:type="dxa"/>
            <w:shd w:val="clear" w:color="auto" w:fill="EEF1FA"/>
          </w:tcPr>
          <w:p w14:paraId="4F2BF48F" w14:textId="77777777" w:rsidR="00504789" w:rsidRDefault="003E14F7">
            <w:pPr>
              <w:bidi/>
              <w:rPr>
                <w:rFonts w:hint="eastAsia"/>
              </w:rPr>
            </w:pPr>
            <w:r>
              <w:rPr>
                <w:sz w:val="19"/>
                <w:szCs w:val="19"/>
                <w:rtl/>
              </w:rPr>
              <w:t>المرجع</w:t>
            </w:r>
          </w:p>
        </w:tc>
        <w:tc>
          <w:tcPr>
            <w:tcW w:w="3005" w:type="dxa"/>
          </w:tcPr>
          <w:p w14:paraId="6451E98A" w14:textId="77777777" w:rsidR="00504789" w:rsidRDefault="003E14F7">
            <w:pPr>
              <w:bidi/>
              <w:rPr>
                <w:rFonts w:hint="eastAsia"/>
              </w:rPr>
            </w:pPr>
            <w:r>
              <w:rPr>
                <w:sz w:val="19"/>
                <w:szCs w:val="19"/>
                <w:rtl/>
              </w:rPr>
              <w:t>[رقم العقد]، [رقم السيناريو]</w:t>
            </w:r>
          </w:p>
        </w:tc>
      </w:tr>
    </w:tbl>
    <w:p w14:paraId="06B067C2" w14:textId="77777777" w:rsidR="00504789" w:rsidRDefault="00504789">
      <w:pPr>
        <w:bidi/>
        <w:spacing w:after="40"/>
        <w:rPr>
          <w:rFonts w:hint="eastAsia"/>
        </w:rPr>
      </w:pPr>
    </w:p>
    <w:p w14:paraId="38894077" w14:textId="77777777" w:rsidR="00504789" w:rsidRDefault="003E14F7">
      <w:pPr>
        <w:bidi/>
        <w:spacing w:after="80"/>
        <w:rPr>
          <w:rFonts w:hint="eastAsia"/>
        </w:rPr>
      </w:pPr>
      <w:r>
        <w:rPr>
          <w:b/>
          <w:bCs/>
          <w:rtl/>
        </w:rPr>
        <w:t>السادة/ [اسم المقاول]                                           المحترمين</w:t>
      </w:r>
    </w:p>
    <w:p w14:paraId="047AD78C" w14:textId="77777777" w:rsidR="00504789" w:rsidRDefault="003E14F7">
      <w:pPr>
        <w:bidi/>
        <w:spacing w:after="80"/>
        <w:rPr>
          <w:rFonts w:hint="eastAsia"/>
        </w:rPr>
      </w:pPr>
      <w:r>
        <w:rPr>
          <w:sz w:val="21"/>
          <w:szCs w:val="21"/>
          <w:rtl/>
        </w:rPr>
        <w:t>عناية/ [مدير مشروع المقاول]</w:t>
      </w:r>
    </w:p>
    <w:p w14:paraId="77ABBFD1" w14:textId="77777777" w:rsidR="00504789" w:rsidRDefault="003E14F7">
      <w:pPr>
        <w:bidi/>
        <w:spacing w:after="120"/>
        <w:rPr>
          <w:rFonts w:hint="eastAsia"/>
        </w:rPr>
      </w:pPr>
      <w:r>
        <w:rPr>
          <w:b/>
          <w:bCs/>
          <w:color w:val="052976"/>
          <w:rtl/>
        </w:rPr>
        <w:t xml:space="preserve">الموضوع: </w:t>
      </w:r>
      <w:r>
        <w:rPr>
          <w:b/>
          <w:bCs/>
          <w:rtl/>
        </w:rPr>
        <w:t>الرد على مطالبة تمديد المدة رقم [رقم المطالبة]</w:t>
      </w:r>
    </w:p>
    <w:p w14:paraId="12EAAA57" w14:textId="77777777" w:rsidR="00504789" w:rsidRDefault="003E14F7">
      <w:pPr>
        <w:bidi/>
        <w:spacing w:after="80"/>
        <w:rPr>
          <w:rFonts w:hint="eastAsia"/>
        </w:rPr>
      </w:pPr>
      <w:r>
        <w:rPr>
          <w:rtl/>
        </w:rPr>
        <w:t>تحية طيبة وبعد،</w:t>
      </w:r>
    </w:p>
    <w:p w14:paraId="4F95975B" w14:textId="77777777" w:rsidR="00504789" w:rsidRDefault="003E14F7">
      <w:pPr>
        <w:bidi/>
        <w:spacing w:after="120"/>
        <w:rPr>
          <w:rFonts w:hint="eastAsia"/>
        </w:rPr>
      </w:pPr>
      <w:r>
        <w:rPr>
          <w:rtl/>
        </w:rPr>
        <w:t>بالإشارة إلى مطالبتكم بتمديد المدة [عدد] يوما بسبب [سبب المطالبة]، تمت دراستها مقابل البرنامج الزمني المعتمد بتاريخ [تاريخ خط الأساس] والتحديث رقم [رقم التحديث] والتقارير اليومية ومحاضر الاستلام.</w:t>
      </w:r>
    </w:p>
    <w:p w14:paraId="38DC7066" w14:textId="77777777" w:rsidR="00504789" w:rsidRDefault="003E14F7">
      <w:pPr>
        <w:bidi/>
        <w:spacing w:after="120"/>
        <w:rPr>
          <w:rFonts w:hint="eastAsia"/>
        </w:rPr>
      </w:pPr>
      <w:r>
        <w:rPr>
          <w:rtl/>
        </w:rPr>
        <w:t>تبين من الدراسة أن [النشاط المتأثر] [السبب الفني لعدم الاستحقاق، مثل: لديه عوم [عدد] يوما ولا يقع على المسار الحرج، أو ناتج عن إعادة أعمال مرفوضة بالإشعار رقم [رقم]، أو لم يسبقه إخطار في المهلة التعاقدية]، كما يعتمد التحليل المقدم على [قيود أو فترات انتظار غير مبررة أو بيانات تقدم غير متحقق منها].</w:t>
      </w:r>
    </w:p>
    <w:p w14:paraId="7BD0D9EF" w14:textId="77777777" w:rsidR="00504789" w:rsidRDefault="003E14F7">
      <w:pPr>
        <w:bidi/>
        <w:spacing w:after="120"/>
        <w:rPr>
          <w:rFonts w:hint="eastAsia"/>
        </w:rPr>
      </w:pPr>
      <w:r>
        <w:rPr>
          <w:rtl/>
        </w:rPr>
        <w:t>وعليه [ترفض المطالبة، أو يعتمد تمديد [عدد] يوما دون تكاليف]، ولكم تقديم تحليل تأثير زمني مصحح خلال [عدد] يوما يتضمن ربطا منطقيا كاملا وسجلات معاصرة للأحداث.</w:t>
      </w:r>
    </w:p>
    <w:p w14:paraId="1645A0B6" w14:textId="77777777" w:rsidR="00504789" w:rsidRDefault="003E14F7">
      <w:pPr>
        <w:bidi/>
        <w:spacing w:after="280"/>
        <w:rPr>
          <w:rFonts w:hint="eastAsia"/>
        </w:rPr>
      </w:pPr>
      <w:r>
        <w:rPr>
          <w:rtl/>
        </w:rPr>
        <w:t>وتفضلوا بقبول وافر الاحترام،</w:t>
      </w:r>
    </w:p>
    <w:p w14:paraId="08331567" w14:textId="77777777" w:rsidR="00504789" w:rsidRDefault="003E14F7">
      <w:pPr>
        <w:bidi/>
        <w:spacing w:after="80"/>
        <w:rPr>
          <w:rFonts w:hint="eastAsia"/>
        </w:rPr>
      </w:pPr>
      <w:r>
        <w:rPr>
          <w:b/>
          <w:bCs/>
          <w:color w:val="052976"/>
          <w:sz w:val="23"/>
          <w:szCs w:val="23"/>
          <w:rtl/>
        </w:rPr>
        <w:t>م/ أحمد فتحي، مدير المشاريع</w:t>
      </w:r>
    </w:p>
    <w:p w14:paraId="2AC8B522" w14:textId="77777777" w:rsidR="00504789" w:rsidRDefault="003E14F7">
      <w:pPr>
        <w:bidi/>
        <w:spacing w:after="80"/>
        <w:rPr>
          <w:rFonts w:hint="eastAsia"/>
        </w:rPr>
      </w:pPr>
      <w:r>
        <w:rPr>
          <w:sz w:val="21"/>
          <w:szCs w:val="21"/>
          <w:rtl/>
        </w:rPr>
        <w:t>المبدعون العرب للاستشارات الهندسية</w:t>
      </w:r>
    </w:p>
    <w:p w14:paraId="70D9B356" w14:textId="77777777" w:rsidR="00504789" w:rsidRDefault="003E14F7">
      <w:pPr>
        <w:bidi/>
        <w:rPr>
          <w:rFonts w:hint="eastAsia"/>
        </w:rPr>
      </w:pPr>
      <w:r>
        <w:rPr>
          <w:sz w:val="21"/>
          <w:szCs w:val="21"/>
          <w:rtl/>
        </w:rPr>
        <w:t>التوقيع: ....................................</w:t>
      </w:r>
    </w:p>
    <w:p w14:paraId="6AC1F036" w14:textId="77777777" w:rsidR="00504789" w:rsidRDefault="003E14F7">
      <w:pPr>
        <w:bidi/>
        <w:spacing w:after="80"/>
        <w:rPr>
          <w:rFonts w:hint="eastAsia"/>
        </w:rPr>
      </w:pPr>
      <w:r>
        <w:rPr>
          <w:color w:val="5B6475"/>
          <w:sz w:val="18"/>
          <w:szCs w:val="18"/>
          <w:rtl/>
        </w:rPr>
        <w:t>نسخة إلى: المالك [اسم الجهة]، ملف المشروع، سجل المطالبات.</w:t>
      </w:r>
    </w:p>
    <w:p w14:paraId="2D293F21" w14:textId="77777777" w:rsidR="00504789" w:rsidRDefault="003E14F7">
      <w:pPr>
        <w:rPr>
          <w:rFonts w:hint="eastAsia"/>
        </w:rPr>
      </w:pPr>
      <w:r>
        <w:br w:type="page"/>
      </w:r>
    </w:p>
    <w:p w14:paraId="2267A3F7"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L08: الرد على مطالبة أعمال إضافية أو تغيير</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01E899D7" w14:textId="77777777">
        <w:trPr>
          <w:cantSplit/>
          <w:jc w:val="center"/>
        </w:trPr>
        <w:tc>
          <w:tcPr>
            <w:tcW w:w="1701" w:type="dxa"/>
            <w:shd w:val="clear" w:color="auto" w:fill="EEF1FA"/>
          </w:tcPr>
          <w:p w14:paraId="7D09FF70" w14:textId="77777777" w:rsidR="00504789" w:rsidRDefault="003E14F7">
            <w:pPr>
              <w:bidi/>
              <w:rPr>
                <w:rFonts w:hint="eastAsia"/>
              </w:rPr>
            </w:pPr>
            <w:r>
              <w:rPr>
                <w:sz w:val="19"/>
                <w:szCs w:val="19"/>
                <w:rtl/>
              </w:rPr>
              <w:t>رقم الخطاب</w:t>
            </w:r>
          </w:p>
        </w:tc>
        <w:tc>
          <w:tcPr>
            <w:tcW w:w="3005" w:type="dxa"/>
          </w:tcPr>
          <w:p w14:paraId="03995B2F" w14:textId="77777777" w:rsidR="00504789" w:rsidRDefault="003E14F7">
            <w:pPr>
              <w:bidi/>
              <w:rPr>
                <w:rFonts w:hint="eastAsia"/>
              </w:rPr>
            </w:pPr>
            <w:r>
              <w:rPr>
                <w:sz w:val="19"/>
                <w:szCs w:val="19"/>
                <w:rtl/>
              </w:rPr>
              <w:t>[رقم الخطاب]</w:t>
            </w:r>
          </w:p>
        </w:tc>
        <w:tc>
          <w:tcPr>
            <w:tcW w:w="1701" w:type="dxa"/>
            <w:shd w:val="clear" w:color="auto" w:fill="EEF1FA"/>
          </w:tcPr>
          <w:p w14:paraId="2D4BD857" w14:textId="77777777" w:rsidR="00504789" w:rsidRDefault="003E14F7">
            <w:pPr>
              <w:bidi/>
              <w:rPr>
                <w:rFonts w:hint="eastAsia"/>
              </w:rPr>
            </w:pPr>
            <w:r>
              <w:rPr>
                <w:sz w:val="19"/>
                <w:szCs w:val="19"/>
                <w:rtl/>
              </w:rPr>
              <w:t>التاريخ</w:t>
            </w:r>
          </w:p>
        </w:tc>
        <w:tc>
          <w:tcPr>
            <w:tcW w:w="3005" w:type="dxa"/>
          </w:tcPr>
          <w:p w14:paraId="51B75945" w14:textId="77777777" w:rsidR="00504789" w:rsidRDefault="003E14F7">
            <w:pPr>
              <w:bidi/>
              <w:rPr>
                <w:rFonts w:hint="eastAsia"/>
              </w:rPr>
            </w:pPr>
            <w:r>
              <w:rPr>
                <w:sz w:val="19"/>
                <w:szCs w:val="19"/>
                <w:rtl/>
              </w:rPr>
              <w:t>[التاريخ]</w:t>
            </w:r>
          </w:p>
        </w:tc>
      </w:tr>
      <w:tr w:rsidR="00504789" w14:paraId="4858CE55" w14:textId="77777777">
        <w:trPr>
          <w:cantSplit/>
          <w:jc w:val="center"/>
        </w:trPr>
        <w:tc>
          <w:tcPr>
            <w:tcW w:w="1701" w:type="dxa"/>
            <w:shd w:val="clear" w:color="auto" w:fill="EEF1FA"/>
          </w:tcPr>
          <w:p w14:paraId="5362848D" w14:textId="77777777" w:rsidR="00504789" w:rsidRDefault="003E14F7">
            <w:pPr>
              <w:bidi/>
              <w:rPr>
                <w:rFonts w:hint="eastAsia"/>
              </w:rPr>
            </w:pPr>
            <w:r>
              <w:rPr>
                <w:sz w:val="19"/>
                <w:szCs w:val="19"/>
                <w:rtl/>
              </w:rPr>
              <w:t>المشروع</w:t>
            </w:r>
          </w:p>
        </w:tc>
        <w:tc>
          <w:tcPr>
            <w:tcW w:w="3005" w:type="dxa"/>
          </w:tcPr>
          <w:p w14:paraId="0583FEF4" w14:textId="77777777" w:rsidR="00504789" w:rsidRDefault="003E14F7">
            <w:pPr>
              <w:bidi/>
              <w:rPr>
                <w:rFonts w:hint="eastAsia"/>
              </w:rPr>
            </w:pPr>
            <w:r>
              <w:rPr>
                <w:sz w:val="19"/>
                <w:szCs w:val="19"/>
                <w:rtl/>
              </w:rPr>
              <w:t>[اسم المشروع]</w:t>
            </w:r>
          </w:p>
        </w:tc>
        <w:tc>
          <w:tcPr>
            <w:tcW w:w="1701" w:type="dxa"/>
            <w:shd w:val="clear" w:color="auto" w:fill="EEF1FA"/>
          </w:tcPr>
          <w:p w14:paraId="33D88612" w14:textId="77777777" w:rsidR="00504789" w:rsidRDefault="003E14F7">
            <w:pPr>
              <w:bidi/>
              <w:rPr>
                <w:rFonts w:hint="eastAsia"/>
              </w:rPr>
            </w:pPr>
            <w:r>
              <w:rPr>
                <w:sz w:val="19"/>
                <w:szCs w:val="19"/>
                <w:rtl/>
              </w:rPr>
              <w:t>المرجع</w:t>
            </w:r>
          </w:p>
        </w:tc>
        <w:tc>
          <w:tcPr>
            <w:tcW w:w="3005" w:type="dxa"/>
          </w:tcPr>
          <w:p w14:paraId="149C398F" w14:textId="77777777" w:rsidR="00504789" w:rsidRDefault="003E14F7">
            <w:pPr>
              <w:bidi/>
              <w:rPr>
                <w:rFonts w:hint="eastAsia"/>
              </w:rPr>
            </w:pPr>
            <w:r>
              <w:rPr>
                <w:sz w:val="19"/>
                <w:szCs w:val="19"/>
                <w:rtl/>
              </w:rPr>
              <w:t>[رقم العقد]، [رقم السيناريو]</w:t>
            </w:r>
          </w:p>
        </w:tc>
      </w:tr>
    </w:tbl>
    <w:p w14:paraId="11F0733D" w14:textId="77777777" w:rsidR="00504789" w:rsidRDefault="00504789">
      <w:pPr>
        <w:bidi/>
        <w:spacing w:after="40"/>
        <w:rPr>
          <w:rFonts w:hint="eastAsia"/>
        </w:rPr>
      </w:pPr>
    </w:p>
    <w:p w14:paraId="5081B543" w14:textId="77777777" w:rsidR="00504789" w:rsidRDefault="003E14F7">
      <w:pPr>
        <w:bidi/>
        <w:spacing w:after="80"/>
        <w:rPr>
          <w:rFonts w:hint="eastAsia"/>
        </w:rPr>
      </w:pPr>
      <w:r>
        <w:rPr>
          <w:b/>
          <w:bCs/>
          <w:rtl/>
        </w:rPr>
        <w:t>السادة/ [اسم المقاول]                                           المحترمين</w:t>
      </w:r>
    </w:p>
    <w:p w14:paraId="1B13BDD5" w14:textId="77777777" w:rsidR="00504789" w:rsidRDefault="003E14F7">
      <w:pPr>
        <w:bidi/>
        <w:spacing w:after="80"/>
        <w:rPr>
          <w:rFonts w:hint="eastAsia"/>
        </w:rPr>
      </w:pPr>
      <w:r>
        <w:rPr>
          <w:sz w:val="21"/>
          <w:szCs w:val="21"/>
          <w:rtl/>
        </w:rPr>
        <w:t>عناية/ [مدير مشروع المقاول]</w:t>
      </w:r>
    </w:p>
    <w:p w14:paraId="5F665CD5" w14:textId="77777777" w:rsidR="00504789" w:rsidRDefault="003E14F7">
      <w:pPr>
        <w:bidi/>
        <w:spacing w:after="120"/>
        <w:rPr>
          <w:rFonts w:hint="eastAsia"/>
        </w:rPr>
      </w:pPr>
      <w:r>
        <w:rPr>
          <w:b/>
          <w:bCs/>
          <w:color w:val="052976"/>
          <w:rtl/>
        </w:rPr>
        <w:t xml:space="preserve">الموضوع: </w:t>
      </w:r>
      <w:r>
        <w:rPr>
          <w:b/>
          <w:bCs/>
          <w:rtl/>
        </w:rPr>
        <w:t>الرد على مطالبة أعمال إضافية رقم [رقم المطالبة]: [وصف العمل]</w:t>
      </w:r>
    </w:p>
    <w:p w14:paraId="75044A04" w14:textId="77777777" w:rsidR="00504789" w:rsidRDefault="003E14F7">
      <w:pPr>
        <w:bidi/>
        <w:spacing w:after="80"/>
        <w:rPr>
          <w:rFonts w:hint="eastAsia"/>
        </w:rPr>
      </w:pPr>
      <w:r>
        <w:rPr>
          <w:rtl/>
        </w:rPr>
        <w:t>تحية طيبة وبعد،</w:t>
      </w:r>
    </w:p>
    <w:p w14:paraId="40987836" w14:textId="77777777" w:rsidR="00504789" w:rsidRDefault="003E14F7">
      <w:pPr>
        <w:bidi/>
        <w:spacing w:after="120"/>
        <w:rPr>
          <w:rFonts w:hint="eastAsia"/>
        </w:rPr>
      </w:pPr>
      <w:r>
        <w:rPr>
          <w:rtl/>
        </w:rPr>
        <w:t>بالإشارة إلى مطالبتكم باعتبار [وصف العمل] عملا إضافيا بقيمة [القيمة] [العملة]، تمت مراجعتها مقابل وصف البند رقم [رقم البند] بجدول الكميات و[المواصفة أو المخطط ذو الصلة].</w:t>
      </w:r>
    </w:p>
    <w:p w14:paraId="344873BA" w14:textId="77777777" w:rsidR="00504789" w:rsidRDefault="003E14F7">
      <w:pPr>
        <w:bidi/>
        <w:spacing w:after="120"/>
        <w:rPr>
          <w:rFonts w:hint="eastAsia"/>
        </w:rPr>
      </w:pPr>
      <w:r>
        <w:rPr>
          <w:rtl/>
        </w:rPr>
        <w:t>يتضمن وصف البند [النص ذو الصلة بإيجاز، مثل الحفر في أي نوع تربة شاملا النزح وسند الجوانب]، ولذلك يقع العمل المطالب به ضمن نطاق العقد وسعره، ولم يصدر بشأنه أمر تغيير كتابي.</w:t>
      </w:r>
    </w:p>
    <w:p w14:paraId="5A8C84AE" w14:textId="77777777" w:rsidR="00504789" w:rsidRDefault="003E14F7">
      <w:pPr>
        <w:bidi/>
        <w:spacing w:after="120"/>
        <w:rPr>
          <w:rFonts w:hint="eastAsia"/>
        </w:rPr>
      </w:pPr>
      <w:r>
        <w:rPr>
          <w:rtl/>
        </w:rPr>
        <w:t>وعليه ترفض المطالبة. وعند وجود اختلاف فعلي بين المخططات وجدول الكميات يقدم جدول زيادات ووفورات مع تحليل سعر مبني على أسعار العقد لعرضه على المالك، ولا ينفذ أي عمل مستجد قبل صدور أمر تغيير معتمد.</w:t>
      </w:r>
    </w:p>
    <w:p w14:paraId="5BCAE672" w14:textId="77777777" w:rsidR="00504789" w:rsidRDefault="003E14F7">
      <w:pPr>
        <w:bidi/>
        <w:spacing w:after="280"/>
        <w:rPr>
          <w:rFonts w:hint="eastAsia"/>
        </w:rPr>
      </w:pPr>
      <w:r>
        <w:rPr>
          <w:rtl/>
        </w:rPr>
        <w:t>وتفضلوا بقبول وافر الاحترام،</w:t>
      </w:r>
    </w:p>
    <w:p w14:paraId="11F77816" w14:textId="77777777" w:rsidR="00504789" w:rsidRDefault="003E14F7">
      <w:pPr>
        <w:bidi/>
        <w:spacing w:after="80"/>
        <w:rPr>
          <w:rFonts w:hint="eastAsia"/>
        </w:rPr>
      </w:pPr>
      <w:r>
        <w:rPr>
          <w:b/>
          <w:bCs/>
          <w:color w:val="052976"/>
          <w:sz w:val="23"/>
          <w:szCs w:val="23"/>
          <w:rtl/>
        </w:rPr>
        <w:t>م/ أحمد فتحي، مدير المشاريع</w:t>
      </w:r>
    </w:p>
    <w:p w14:paraId="5DC6A135" w14:textId="77777777" w:rsidR="00504789" w:rsidRDefault="003E14F7">
      <w:pPr>
        <w:bidi/>
        <w:spacing w:after="80"/>
        <w:rPr>
          <w:rFonts w:hint="eastAsia"/>
        </w:rPr>
      </w:pPr>
      <w:r>
        <w:rPr>
          <w:sz w:val="21"/>
          <w:szCs w:val="21"/>
          <w:rtl/>
        </w:rPr>
        <w:t>المبدعون العرب للاستشارات الهندسية</w:t>
      </w:r>
    </w:p>
    <w:p w14:paraId="28235774" w14:textId="77777777" w:rsidR="00504789" w:rsidRDefault="003E14F7">
      <w:pPr>
        <w:bidi/>
        <w:rPr>
          <w:rFonts w:hint="eastAsia"/>
        </w:rPr>
      </w:pPr>
      <w:r>
        <w:rPr>
          <w:sz w:val="21"/>
          <w:szCs w:val="21"/>
          <w:rtl/>
        </w:rPr>
        <w:t>التوقيع: ....................................</w:t>
      </w:r>
    </w:p>
    <w:p w14:paraId="6EDED7E0" w14:textId="77777777" w:rsidR="00504789" w:rsidRDefault="003E14F7">
      <w:pPr>
        <w:bidi/>
        <w:spacing w:after="80"/>
        <w:rPr>
          <w:rFonts w:hint="eastAsia"/>
        </w:rPr>
      </w:pPr>
      <w:r>
        <w:rPr>
          <w:color w:val="5B6475"/>
          <w:sz w:val="18"/>
          <w:szCs w:val="18"/>
          <w:rtl/>
        </w:rPr>
        <w:t>نسخة إلى: المالك [اسم الجهة]، ملف المشروع، سجل المطالبات.</w:t>
      </w:r>
    </w:p>
    <w:p w14:paraId="760CAB4D" w14:textId="77777777" w:rsidR="00504789" w:rsidRDefault="003E14F7">
      <w:pPr>
        <w:rPr>
          <w:rFonts w:hint="eastAsia"/>
        </w:rPr>
      </w:pPr>
      <w:r>
        <w:br w:type="page"/>
      </w:r>
    </w:p>
    <w:p w14:paraId="5F149DC9"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L09: أمر إيقاف عمل لأسباب السلامة أو الجودة</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0338BD42" w14:textId="77777777">
        <w:trPr>
          <w:cantSplit/>
          <w:jc w:val="center"/>
        </w:trPr>
        <w:tc>
          <w:tcPr>
            <w:tcW w:w="1701" w:type="dxa"/>
            <w:shd w:val="clear" w:color="auto" w:fill="EEF1FA"/>
          </w:tcPr>
          <w:p w14:paraId="34F608C1" w14:textId="77777777" w:rsidR="00504789" w:rsidRDefault="003E14F7">
            <w:pPr>
              <w:bidi/>
              <w:rPr>
                <w:rFonts w:hint="eastAsia"/>
              </w:rPr>
            </w:pPr>
            <w:r>
              <w:rPr>
                <w:sz w:val="19"/>
                <w:szCs w:val="19"/>
                <w:rtl/>
              </w:rPr>
              <w:t>رقم الخطاب</w:t>
            </w:r>
          </w:p>
        </w:tc>
        <w:tc>
          <w:tcPr>
            <w:tcW w:w="3005" w:type="dxa"/>
          </w:tcPr>
          <w:p w14:paraId="5DBA9AB2" w14:textId="77777777" w:rsidR="00504789" w:rsidRDefault="003E14F7">
            <w:pPr>
              <w:bidi/>
              <w:rPr>
                <w:rFonts w:hint="eastAsia"/>
              </w:rPr>
            </w:pPr>
            <w:r>
              <w:rPr>
                <w:sz w:val="19"/>
                <w:szCs w:val="19"/>
                <w:rtl/>
              </w:rPr>
              <w:t>[رقم الخطاب]</w:t>
            </w:r>
          </w:p>
        </w:tc>
        <w:tc>
          <w:tcPr>
            <w:tcW w:w="1701" w:type="dxa"/>
            <w:shd w:val="clear" w:color="auto" w:fill="EEF1FA"/>
          </w:tcPr>
          <w:p w14:paraId="5ACD7C8C" w14:textId="77777777" w:rsidR="00504789" w:rsidRDefault="003E14F7">
            <w:pPr>
              <w:bidi/>
              <w:rPr>
                <w:rFonts w:hint="eastAsia"/>
              </w:rPr>
            </w:pPr>
            <w:r>
              <w:rPr>
                <w:sz w:val="19"/>
                <w:szCs w:val="19"/>
                <w:rtl/>
              </w:rPr>
              <w:t>التاريخ</w:t>
            </w:r>
          </w:p>
        </w:tc>
        <w:tc>
          <w:tcPr>
            <w:tcW w:w="3005" w:type="dxa"/>
          </w:tcPr>
          <w:p w14:paraId="182FF78E" w14:textId="77777777" w:rsidR="00504789" w:rsidRDefault="003E14F7">
            <w:pPr>
              <w:bidi/>
              <w:rPr>
                <w:rFonts w:hint="eastAsia"/>
              </w:rPr>
            </w:pPr>
            <w:r>
              <w:rPr>
                <w:sz w:val="19"/>
                <w:szCs w:val="19"/>
                <w:rtl/>
              </w:rPr>
              <w:t>[التاريخ]</w:t>
            </w:r>
          </w:p>
        </w:tc>
      </w:tr>
      <w:tr w:rsidR="00504789" w14:paraId="323A5545" w14:textId="77777777">
        <w:trPr>
          <w:cantSplit/>
          <w:jc w:val="center"/>
        </w:trPr>
        <w:tc>
          <w:tcPr>
            <w:tcW w:w="1701" w:type="dxa"/>
            <w:shd w:val="clear" w:color="auto" w:fill="EEF1FA"/>
          </w:tcPr>
          <w:p w14:paraId="32C14912" w14:textId="77777777" w:rsidR="00504789" w:rsidRDefault="003E14F7">
            <w:pPr>
              <w:bidi/>
              <w:rPr>
                <w:rFonts w:hint="eastAsia"/>
              </w:rPr>
            </w:pPr>
            <w:r>
              <w:rPr>
                <w:sz w:val="19"/>
                <w:szCs w:val="19"/>
                <w:rtl/>
              </w:rPr>
              <w:t>المشروع</w:t>
            </w:r>
          </w:p>
        </w:tc>
        <w:tc>
          <w:tcPr>
            <w:tcW w:w="3005" w:type="dxa"/>
          </w:tcPr>
          <w:p w14:paraId="3C1D04F1" w14:textId="77777777" w:rsidR="00504789" w:rsidRDefault="003E14F7">
            <w:pPr>
              <w:bidi/>
              <w:rPr>
                <w:rFonts w:hint="eastAsia"/>
              </w:rPr>
            </w:pPr>
            <w:r>
              <w:rPr>
                <w:sz w:val="19"/>
                <w:szCs w:val="19"/>
                <w:rtl/>
              </w:rPr>
              <w:t>[اسم المشروع]</w:t>
            </w:r>
          </w:p>
        </w:tc>
        <w:tc>
          <w:tcPr>
            <w:tcW w:w="1701" w:type="dxa"/>
            <w:shd w:val="clear" w:color="auto" w:fill="EEF1FA"/>
          </w:tcPr>
          <w:p w14:paraId="40537462" w14:textId="77777777" w:rsidR="00504789" w:rsidRDefault="003E14F7">
            <w:pPr>
              <w:bidi/>
              <w:rPr>
                <w:rFonts w:hint="eastAsia"/>
              </w:rPr>
            </w:pPr>
            <w:r>
              <w:rPr>
                <w:sz w:val="19"/>
                <w:szCs w:val="19"/>
                <w:rtl/>
              </w:rPr>
              <w:t>المرجع</w:t>
            </w:r>
          </w:p>
        </w:tc>
        <w:tc>
          <w:tcPr>
            <w:tcW w:w="3005" w:type="dxa"/>
          </w:tcPr>
          <w:p w14:paraId="5CA49D7B" w14:textId="77777777" w:rsidR="00504789" w:rsidRDefault="003E14F7">
            <w:pPr>
              <w:bidi/>
              <w:rPr>
                <w:rFonts w:hint="eastAsia"/>
              </w:rPr>
            </w:pPr>
            <w:r>
              <w:rPr>
                <w:sz w:val="19"/>
                <w:szCs w:val="19"/>
                <w:rtl/>
              </w:rPr>
              <w:t>[رقم العقد]، [رقم السيناريو]</w:t>
            </w:r>
          </w:p>
        </w:tc>
      </w:tr>
    </w:tbl>
    <w:p w14:paraId="02E60CE4" w14:textId="77777777" w:rsidR="00504789" w:rsidRDefault="00504789">
      <w:pPr>
        <w:bidi/>
        <w:spacing w:after="40"/>
        <w:rPr>
          <w:rFonts w:hint="eastAsia"/>
        </w:rPr>
      </w:pPr>
    </w:p>
    <w:p w14:paraId="4E892B9E" w14:textId="77777777" w:rsidR="00504789" w:rsidRDefault="003E14F7">
      <w:pPr>
        <w:bidi/>
        <w:spacing w:after="80"/>
        <w:rPr>
          <w:rFonts w:hint="eastAsia"/>
        </w:rPr>
      </w:pPr>
      <w:r>
        <w:rPr>
          <w:b/>
          <w:bCs/>
          <w:rtl/>
        </w:rPr>
        <w:t>السادة/ [اسم المقاول]                                           المحترمين</w:t>
      </w:r>
    </w:p>
    <w:p w14:paraId="7F5B2D5B" w14:textId="77777777" w:rsidR="00504789" w:rsidRDefault="003E14F7">
      <w:pPr>
        <w:bidi/>
        <w:spacing w:after="80"/>
        <w:rPr>
          <w:rFonts w:hint="eastAsia"/>
        </w:rPr>
      </w:pPr>
      <w:r>
        <w:rPr>
          <w:sz w:val="21"/>
          <w:szCs w:val="21"/>
          <w:rtl/>
        </w:rPr>
        <w:t>عناية/ [مدير مشروع المقاول]</w:t>
      </w:r>
    </w:p>
    <w:p w14:paraId="67E7EE8C" w14:textId="77777777" w:rsidR="00504789" w:rsidRDefault="003E14F7">
      <w:pPr>
        <w:bidi/>
        <w:spacing w:after="120"/>
        <w:rPr>
          <w:rFonts w:hint="eastAsia"/>
        </w:rPr>
      </w:pPr>
      <w:r>
        <w:rPr>
          <w:b/>
          <w:bCs/>
          <w:color w:val="052976"/>
          <w:rtl/>
        </w:rPr>
        <w:t xml:space="preserve">الموضوع: </w:t>
      </w:r>
      <w:r>
        <w:rPr>
          <w:b/>
          <w:bCs/>
          <w:rtl/>
        </w:rPr>
        <w:t>أمر إيقاف عمل فوري: [النشاط]، [الموقع]</w:t>
      </w:r>
    </w:p>
    <w:p w14:paraId="47B75FAE" w14:textId="77777777" w:rsidR="00504789" w:rsidRDefault="003E14F7">
      <w:pPr>
        <w:bidi/>
        <w:spacing w:after="80"/>
        <w:rPr>
          <w:rFonts w:hint="eastAsia"/>
        </w:rPr>
      </w:pPr>
      <w:r>
        <w:rPr>
          <w:rtl/>
        </w:rPr>
        <w:t>تحية طيبة وبعد،</w:t>
      </w:r>
    </w:p>
    <w:p w14:paraId="60DE627C" w14:textId="77777777" w:rsidR="00504789" w:rsidRDefault="003E14F7">
      <w:pPr>
        <w:bidi/>
        <w:spacing w:after="120"/>
        <w:rPr>
          <w:rFonts w:hint="eastAsia"/>
        </w:rPr>
      </w:pPr>
      <w:r>
        <w:rPr>
          <w:rtl/>
        </w:rPr>
        <w:t>يصدر هذا الأمر بإيقاف [النشاط] في [الموقع] فورا اعتبارا من الساعة [الوقت] بتاريخ [التاريخ]، لثبوت [وصف الخطر أو المخالفة الجسيمة] بما يخالف [خطة السلامة المعتمدة أو المواصفة أو الكود].</w:t>
      </w:r>
    </w:p>
    <w:p w14:paraId="4E752BCD" w14:textId="77777777" w:rsidR="00504789" w:rsidRDefault="003E14F7">
      <w:pPr>
        <w:bidi/>
        <w:spacing w:after="120"/>
        <w:rPr>
          <w:rFonts w:hint="eastAsia"/>
        </w:rPr>
      </w:pPr>
      <w:r>
        <w:rPr>
          <w:rtl/>
        </w:rPr>
        <w:t>يلزم تأمين المنطقة ومنع دخول غير المختصين، وتقديم إجراء تصحيحي وطريقة عمل معدلة وتقييم مخاطر للاعتماد خلال [عدد] ساعة.</w:t>
      </w:r>
    </w:p>
    <w:p w14:paraId="001E41E0" w14:textId="77777777" w:rsidR="00504789" w:rsidRDefault="003E14F7">
      <w:pPr>
        <w:bidi/>
        <w:spacing w:after="120"/>
        <w:rPr>
          <w:rFonts w:hint="eastAsia"/>
        </w:rPr>
      </w:pPr>
      <w:r>
        <w:rPr>
          <w:rtl/>
        </w:rPr>
        <w:t>لا يستأنف العمل إلا بموافقة كتابية من جهاز الإشراف بعد التحقق من التصحيح، ولا يعد هذا الإيقاف سببا لتمديد المدة أو التعويض لكونه ناتجا عن مخالفة من جانبكم.</w:t>
      </w:r>
    </w:p>
    <w:p w14:paraId="23D1DF28" w14:textId="77777777" w:rsidR="00504789" w:rsidRDefault="003E14F7">
      <w:pPr>
        <w:bidi/>
        <w:spacing w:after="280"/>
        <w:rPr>
          <w:rFonts w:hint="eastAsia"/>
        </w:rPr>
      </w:pPr>
      <w:r>
        <w:rPr>
          <w:rtl/>
        </w:rPr>
        <w:t>وتفضلوا بقبول وافر الاحترام،</w:t>
      </w:r>
    </w:p>
    <w:p w14:paraId="456ABE86" w14:textId="77777777" w:rsidR="00504789" w:rsidRDefault="003E14F7">
      <w:pPr>
        <w:bidi/>
        <w:spacing w:after="80"/>
        <w:rPr>
          <w:rFonts w:hint="eastAsia"/>
        </w:rPr>
      </w:pPr>
      <w:r>
        <w:rPr>
          <w:b/>
          <w:bCs/>
          <w:color w:val="052976"/>
          <w:sz w:val="23"/>
          <w:szCs w:val="23"/>
          <w:rtl/>
        </w:rPr>
        <w:t>م/ أحمد فتحي، مدير المشاريع</w:t>
      </w:r>
    </w:p>
    <w:p w14:paraId="2B1BFD5D" w14:textId="77777777" w:rsidR="00504789" w:rsidRDefault="003E14F7">
      <w:pPr>
        <w:bidi/>
        <w:spacing w:after="80"/>
        <w:rPr>
          <w:rFonts w:hint="eastAsia"/>
        </w:rPr>
      </w:pPr>
      <w:r>
        <w:rPr>
          <w:sz w:val="21"/>
          <w:szCs w:val="21"/>
          <w:rtl/>
        </w:rPr>
        <w:t>المبدعون العرب للاستشارات الهندسية</w:t>
      </w:r>
    </w:p>
    <w:p w14:paraId="6BD394BA" w14:textId="77777777" w:rsidR="00504789" w:rsidRDefault="003E14F7">
      <w:pPr>
        <w:bidi/>
        <w:rPr>
          <w:rFonts w:hint="eastAsia"/>
        </w:rPr>
      </w:pPr>
      <w:r>
        <w:rPr>
          <w:sz w:val="21"/>
          <w:szCs w:val="21"/>
          <w:rtl/>
        </w:rPr>
        <w:t>التوقيع: ....................................</w:t>
      </w:r>
    </w:p>
    <w:p w14:paraId="2EFD8966"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4F8CE233" w14:textId="77777777" w:rsidR="00504789" w:rsidRDefault="003E14F7">
      <w:pPr>
        <w:rPr>
          <w:rFonts w:hint="eastAsia"/>
        </w:rPr>
      </w:pPr>
      <w:r>
        <w:br w:type="page"/>
      </w:r>
    </w:p>
    <w:p w14:paraId="6ACE97B1"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L10: إشعار إعادة فحص أو اختبار</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5C1C0212" w14:textId="77777777">
        <w:trPr>
          <w:cantSplit/>
          <w:jc w:val="center"/>
        </w:trPr>
        <w:tc>
          <w:tcPr>
            <w:tcW w:w="1701" w:type="dxa"/>
            <w:shd w:val="clear" w:color="auto" w:fill="EEF1FA"/>
          </w:tcPr>
          <w:p w14:paraId="129E40FD" w14:textId="77777777" w:rsidR="00504789" w:rsidRDefault="003E14F7">
            <w:pPr>
              <w:bidi/>
              <w:rPr>
                <w:rFonts w:hint="eastAsia"/>
              </w:rPr>
            </w:pPr>
            <w:r>
              <w:rPr>
                <w:sz w:val="19"/>
                <w:szCs w:val="19"/>
                <w:rtl/>
              </w:rPr>
              <w:t>رقم الخطاب</w:t>
            </w:r>
          </w:p>
        </w:tc>
        <w:tc>
          <w:tcPr>
            <w:tcW w:w="3005" w:type="dxa"/>
          </w:tcPr>
          <w:p w14:paraId="5C2FDBBC" w14:textId="77777777" w:rsidR="00504789" w:rsidRDefault="003E14F7">
            <w:pPr>
              <w:bidi/>
              <w:rPr>
                <w:rFonts w:hint="eastAsia"/>
              </w:rPr>
            </w:pPr>
            <w:r>
              <w:rPr>
                <w:sz w:val="19"/>
                <w:szCs w:val="19"/>
                <w:rtl/>
              </w:rPr>
              <w:t>[رقم الخطاب]</w:t>
            </w:r>
          </w:p>
        </w:tc>
        <w:tc>
          <w:tcPr>
            <w:tcW w:w="1701" w:type="dxa"/>
            <w:shd w:val="clear" w:color="auto" w:fill="EEF1FA"/>
          </w:tcPr>
          <w:p w14:paraId="330DB37C" w14:textId="77777777" w:rsidR="00504789" w:rsidRDefault="003E14F7">
            <w:pPr>
              <w:bidi/>
              <w:rPr>
                <w:rFonts w:hint="eastAsia"/>
              </w:rPr>
            </w:pPr>
            <w:r>
              <w:rPr>
                <w:sz w:val="19"/>
                <w:szCs w:val="19"/>
                <w:rtl/>
              </w:rPr>
              <w:t>التاريخ</w:t>
            </w:r>
          </w:p>
        </w:tc>
        <w:tc>
          <w:tcPr>
            <w:tcW w:w="3005" w:type="dxa"/>
          </w:tcPr>
          <w:p w14:paraId="2FAB5D03" w14:textId="77777777" w:rsidR="00504789" w:rsidRDefault="003E14F7">
            <w:pPr>
              <w:bidi/>
              <w:rPr>
                <w:rFonts w:hint="eastAsia"/>
              </w:rPr>
            </w:pPr>
            <w:r>
              <w:rPr>
                <w:sz w:val="19"/>
                <w:szCs w:val="19"/>
                <w:rtl/>
              </w:rPr>
              <w:t>[التاريخ]</w:t>
            </w:r>
          </w:p>
        </w:tc>
      </w:tr>
      <w:tr w:rsidR="00504789" w14:paraId="275FC823" w14:textId="77777777">
        <w:trPr>
          <w:cantSplit/>
          <w:jc w:val="center"/>
        </w:trPr>
        <w:tc>
          <w:tcPr>
            <w:tcW w:w="1701" w:type="dxa"/>
            <w:shd w:val="clear" w:color="auto" w:fill="EEF1FA"/>
          </w:tcPr>
          <w:p w14:paraId="39885F68" w14:textId="77777777" w:rsidR="00504789" w:rsidRDefault="003E14F7">
            <w:pPr>
              <w:bidi/>
              <w:rPr>
                <w:rFonts w:hint="eastAsia"/>
              </w:rPr>
            </w:pPr>
            <w:r>
              <w:rPr>
                <w:sz w:val="19"/>
                <w:szCs w:val="19"/>
                <w:rtl/>
              </w:rPr>
              <w:t>المشروع</w:t>
            </w:r>
          </w:p>
        </w:tc>
        <w:tc>
          <w:tcPr>
            <w:tcW w:w="3005" w:type="dxa"/>
          </w:tcPr>
          <w:p w14:paraId="3FC0DDB7" w14:textId="77777777" w:rsidR="00504789" w:rsidRDefault="003E14F7">
            <w:pPr>
              <w:bidi/>
              <w:rPr>
                <w:rFonts w:hint="eastAsia"/>
              </w:rPr>
            </w:pPr>
            <w:r>
              <w:rPr>
                <w:sz w:val="19"/>
                <w:szCs w:val="19"/>
                <w:rtl/>
              </w:rPr>
              <w:t>[اسم المشروع]</w:t>
            </w:r>
          </w:p>
        </w:tc>
        <w:tc>
          <w:tcPr>
            <w:tcW w:w="1701" w:type="dxa"/>
            <w:shd w:val="clear" w:color="auto" w:fill="EEF1FA"/>
          </w:tcPr>
          <w:p w14:paraId="65069383" w14:textId="77777777" w:rsidR="00504789" w:rsidRDefault="003E14F7">
            <w:pPr>
              <w:bidi/>
              <w:rPr>
                <w:rFonts w:hint="eastAsia"/>
              </w:rPr>
            </w:pPr>
            <w:r>
              <w:rPr>
                <w:sz w:val="19"/>
                <w:szCs w:val="19"/>
                <w:rtl/>
              </w:rPr>
              <w:t>المرجع</w:t>
            </w:r>
          </w:p>
        </w:tc>
        <w:tc>
          <w:tcPr>
            <w:tcW w:w="3005" w:type="dxa"/>
          </w:tcPr>
          <w:p w14:paraId="48560738" w14:textId="77777777" w:rsidR="00504789" w:rsidRDefault="003E14F7">
            <w:pPr>
              <w:bidi/>
              <w:rPr>
                <w:rFonts w:hint="eastAsia"/>
              </w:rPr>
            </w:pPr>
            <w:r>
              <w:rPr>
                <w:sz w:val="19"/>
                <w:szCs w:val="19"/>
                <w:rtl/>
              </w:rPr>
              <w:t>[رقم العقد]، [رقم السيناريو]</w:t>
            </w:r>
          </w:p>
        </w:tc>
      </w:tr>
    </w:tbl>
    <w:p w14:paraId="208DA38F" w14:textId="77777777" w:rsidR="00504789" w:rsidRDefault="00504789">
      <w:pPr>
        <w:bidi/>
        <w:spacing w:after="40"/>
        <w:rPr>
          <w:rFonts w:hint="eastAsia"/>
        </w:rPr>
      </w:pPr>
    </w:p>
    <w:p w14:paraId="74C86B4E" w14:textId="77777777" w:rsidR="00504789" w:rsidRDefault="003E14F7">
      <w:pPr>
        <w:bidi/>
        <w:spacing w:after="80"/>
        <w:rPr>
          <w:rFonts w:hint="eastAsia"/>
        </w:rPr>
      </w:pPr>
      <w:r>
        <w:rPr>
          <w:b/>
          <w:bCs/>
          <w:rtl/>
        </w:rPr>
        <w:t>السادة/ [اسم المقاول]                                           المحترمين</w:t>
      </w:r>
    </w:p>
    <w:p w14:paraId="47C97EAE" w14:textId="77777777" w:rsidR="00504789" w:rsidRDefault="003E14F7">
      <w:pPr>
        <w:bidi/>
        <w:spacing w:after="80"/>
        <w:rPr>
          <w:rFonts w:hint="eastAsia"/>
        </w:rPr>
      </w:pPr>
      <w:r>
        <w:rPr>
          <w:sz w:val="21"/>
          <w:szCs w:val="21"/>
          <w:rtl/>
        </w:rPr>
        <w:t>عناية/ [مدير مشروع المقاول]</w:t>
      </w:r>
    </w:p>
    <w:p w14:paraId="180DB00E" w14:textId="77777777" w:rsidR="00504789" w:rsidRDefault="003E14F7">
      <w:pPr>
        <w:bidi/>
        <w:spacing w:after="120"/>
        <w:rPr>
          <w:rFonts w:hint="eastAsia"/>
        </w:rPr>
      </w:pPr>
      <w:r>
        <w:rPr>
          <w:b/>
          <w:bCs/>
          <w:color w:val="052976"/>
          <w:rtl/>
        </w:rPr>
        <w:t xml:space="preserve">الموضوع: </w:t>
      </w:r>
      <w:r>
        <w:rPr>
          <w:b/>
          <w:bCs/>
          <w:rtl/>
        </w:rPr>
        <w:t>إشعار إعادة فحص واختبار: [البند]، [الموقع]</w:t>
      </w:r>
    </w:p>
    <w:p w14:paraId="6027D091" w14:textId="77777777" w:rsidR="00504789" w:rsidRDefault="003E14F7">
      <w:pPr>
        <w:bidi/>
        <w:spacing w:after="80"/>
        <w:rPr>
          <w:rFonts w:hint="eastAsia"/>
        </w:rPr>
      </w:pPr>
      <w:r>
        <w:rPr>
          <w:rtl/>
        </w:rPr>
        <w:t>تحية طيبة وبعد،</w:t>
      </w:r>
    </w:p>
    <w:p w14:paraId="72792F74" w14:textId="77777777" w:rsidR="00504789" w:rsidRDefault="003E14F7">
      <w:pPr>
        <w:bidi/>
        <w:spacing w:after="120"/>
        <w:rPr>
          <w:rFonts w:hint="eastAsia"/>
        </w:rPr>
      </w:pPr>
      <w:r>
        <w:rPr>
          <w:rtl/>
        </w:rPr>
        <w:t>بالإشارة إلى إخطاركم بتاريخ [التاريخ] بانتهاء تصحيح [البند] موضوع الإشعار رقم [رقم NCR]، تحدد موعد إعادة الفحص والاختبار يوم [اليوم] الموافق [التاريخ] الساعة [الوقت].</w:t>
      </w:r>
    </w:p>
    <w:p w14:paraId="2E1E5ABF" w14:textId="77777777" w:rsidR="00504789" w:rsidRDefault="003E14F7">
      <w:pPr>
        <w:bidi/>
        <w:spacing w:after="120"/>
        <w:rPr>
          <w:rFonts w:hint="eastAsia"/>
        </w:rPr>
      </w:pPr>
      <w:r>
        <w:rPr>
          <w:rtl/>
        </w:rPr>
        <w:t>يجرى [نوع الاختبار، مثل اختبار الغمر 48 ساعة أو اختبار الضغط بمقدار 1.5 ضعف ضغط التشغيل] وفق [المرجع]، ويشترط للقبول [معيار القبول]، مع حضور ممثلكم وتجهيز أجهزة معايرة وشهادات معايرتها.</w:t>
      </w:r>
    </w:p>
    <w:p w14:paraId="5D8C108D" w14:textId="77777777" w:rsidR="00504789" w:rsidRDefault="003E14F7">
      <w:pPr>
        <w:bidi/>
        <w:spacing w:after="120"/>
        <w:rPr>
          <w:rFonts w:hint="eastAsia"/>
        </w:rPr>
      </w:pPr>
      <w:r>
        <w:rPr>
          <w:rtl/>
        </w:rPr>
        <w:t>عند عدم الجاهزية في الموعد أو فشل الاختبار تكون تكلفة إعادة الفحص وأي اختبارات لاحقة على حسابكم، ويظل البند غير مستلم.</w:t>
      </w:r>
    </w:p>
    <w:p w14:paraId="6163CFC8" w14:textId="77777777" w:rsidR="00504789" w:rsidRDefault="003E14F7">
      <w:pPr>
        <w:bidi/>
        <w:spacing w:after="280"/>
        <w:rPr>
          <w:rFonts w:hint="eastAsia"/>
        </w:rPr>
      </w:pPr>
      <w:r>
        <w:rPr>
          <w:rtl/>
        </w:rPr>
        <w:t>وتفضلوا بقبول وافر الاحترام،</w:t>
      </w:r>
    </w:p>
    <w:p w14:paraId="4D270E56" w14:textId="77777777" w:rsidR="00504789" w:rsidRDefault="003E14F7">
      <w:pPr>
        <w:bidi/>
        <w:spacing w:after="80"/>
        <w:rPr>
          <w:rFonts w:hint="eastAsia"/>
        </w:rPr>
      </w:pPr>
      <w:r>
        <w:rPr>
          <w:b/>
          <w:bCs/>
          <w:color w:val="052976"/>
          <w:sz w:val="23"/>
          <w:szCs w:val="23"/>
          <w:rtl/>
        </w:rPr>
        <w:t>م/ أحمد فتحي، مدير المشاريع</w:t>
      </w:r>
    </w:p>
    <w:p w14:paraId="6E5DDB8C" w14:textId="77777777" w:rsidR="00504789" w:rsidRDefault="003E14F7">
      <w:pPr>
        <w:bidi/>
        <w:spacing w:after="80"/>
        <w:rPr>
          <w:rFonts w:hint="eastAsia"/>
        </w:rPr>
      </w:pPr>
      <w:r>
        <w:rPr>
          <w:sz w:val="21"/>
          <w:szCs w:val="21"/>
          <w:rtl/>
        </w:rPr>
        <w:t>المبدعون العرب للاستشارات الهندسية</w:t>
      </w:r>
    </w:p>
    <w:p w14:paraId="21BC6FB0" w14:textId="77777777" w:rsidR="00504789" w:rsidRDefault="003E14F7">
      <w:pPr>
        <w:bidi/>
        <w:rPr>
          <w:rFonts w:hint="eastAsia"/>
        </w:rPr>
      </w:pPr>
      <w:r>
        <w:rPr>
          <w:sz w:val="21"/>
          <w:szCs w:val="21"/>
          <w:rtl/>
        </w:rPr>
        <w:t>التوقيع: ....................................</w:t>
      </w:r>
    </w:p>
    <w:p w14:paraId="55158715"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35EC09CB" w14:textId="77777777" w:rsidR="00504789" w:rsidRDefault="003E14F7">
      <w:pPr>
        <w:rPr>
          <w:rFonts w:hint="eastAsia"/>
        </w:rPr>
      </w:pPr>
      <w:r>
        <w:br w:type="page"/>
      </w:r>
    </w:p>
    <w:p w14:paraId="3B40906E"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L11: إشعار خصم من المستخلص</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75048C50" w14:textId="77777777">
        <w:trPr>
          <w:cantSplit/>
          <w:jc w:val="center"/>
        </w:trPr>
        <w:tc>
          <w:tcPr>
            <w:tcW w:w="1701" w:type="dxa"/>
            <w:shd w:val="clear" w:color="auto" w:fill="EEF1FA"/>
          </w:tcPr>
          <w:p w14:paraId="36F1A414" w14:textId="77777777" w:rsidR="00504789" w:rsidRDefault="003E14F7">
            <w:pPr>
              <w:bidi/>
              <w:rPr>
                <w:rFonts w:hint="eastAsia"/>
              </w:rPr>
            </w:pPr>
            <w:r>
              <w:rPr>
                <w:sz w:val="19"/>
                <w:szCs w:val="19"/>
                <w:rtl/>
              </w:rPr>
              <w:t>رقم الخطاب</w:t>
            </w:r>
          </w:p>
        </w:tc>
        <w:tc>
          <w:tcPr>
            <w:tcW w:w="3005" w:type="dxa"/>
          </w:tcPr>
          <w:p w14:paraId="6F305E1E" w14:textId="77777777" w:rsidR="00504789" w:rsidRDefault="003E14F7">
            <w:pPr>
              <w:bidi/>
              <w:rPr>
                <w:rFonts w:hint="eastAsia"/>
              </w:rPr>
            </w:pPr>
            <w:r>
              <w:rPr>
                <w:sz w:val="19"/>
                <w:szCs w:val="19"/>
                <w:rtl/>
              </w:rPr>
              <w:t>[رقم الخطاب]</w:t>
            </w:r>
          </w:p>
        </w:tc>
        <w:tc>
          <w:tcPr>
            <w:tcW w:w="1701" w:type="dxa"/>
            <w:shd w:val="clear" w:color="auto" w:fill="EEF1FA"/>
          </w:tcPr>
          <w:p w14:paraId="2D979059" w14:textId="77777777" w:rsidR="00504789" w:rsidRDefault="003E14F7">
            <w:pPr>
              <w:bidi/>
              <w:rPr>
                <w:rFonts w:hint="eastAsia"/>
              </w:rPr>
            </w:pPr>
            <w:r>
              <w:rPr>
                <w:sz w:val="19"/>
                <w:szCs w:val="19"/>
                <w:rtl/>
              </w:rPr>
              <w:t>التاريخ</w:t>
            </w:r>
          </w:p>
        </w:tc>
        <w:tc>
          <w:tcPr>
            <w:tcW w:w="3005" w:type="dxa"/>
          </w:tcPr>
          <w:p w14:paraId="2A896C18" w14:textId="77777777" w:rsidR="00504789" w:rsidRDefault="003E14F7">
            <w:pPr>
              <w:bidi/>
              <w:rPr>
                <w:rFonts w:hint="eastAsia"/>
              </w:rPr>
            </w:pPr>
            <w:r>
              <w:rPr>
                <w:sz w:val="19"/>
                <w:szCs w:val="19"/>
                <w:rtl/>
              </w:rPr>
              <w:t>[التاريخ]</w:t>
            </w:r>
          </w:p>
        </w:tc>
      </w:tr>
      <w:tr w:rsidR="00504789" w14:paraId="5BD3736D" w14:textId="77777777">
        <w:trPr>
          <w:cantSplit/>
          <w:jc w:val="center"/>
        </w:trPr>
        <w:tc>
          <w:tcPr>
            <w:tcW w:w="1701" w:type="dxa"/>
            <w:shd w:val="clear" w:color="auto" w:fill="EEF1FA"/>
          </w:tcPr>
          <w:p w14:paraId="4A87D0B9" w14:textId="77777777" w:rsidR="00504789" w:rsidRDefault="003E14F7">
            <w:pPr>
              <w:bidi/>
              <w:rPr>
                <w:rFonts w:hint="eastAsia"/>
              </w:rPr>
            </w:pPr>
            <w:r>
              <w:rPr>
                <w:sz w:val="19"/>
                <w:szCs w:val="19"/>
                <w:rtl/>
              </w:rPr>
              <w:t>المشروع</w:t>
            </w:r>
          </w:p>
        </w:tc>
        <w:tc>
          <w:tcPr>
            <w:tcW w:w="3005" w:type="dxa"/>
          </w:tcPr>
          <w:p w14:paraId="575F2631" w14:textId="77777777" w:rsidR="00504789" w:rsidRDefault="003E14F7">
            <w:pPr>
              <w:bidi/>
              <w:rPr>
                <w:rFonts w:hint="eastAsia"/>
              </w:rPr>
            </w:pPr>
            <w:r>
              <w:rPr>
                <w:sz w:val="19"/>
                <w:szCs w:val="19"/>
                <w:rtl/>
              </w:rPr>
              <w:t>[اسم المشروع]</w:t>
            </w:r>
          </w:p>
        </w:tc>
        <w:tc>
          <w:tcPr>
            <w:tcW w:w="1701" w:type="dxa"/>
            <w:shd w:val="clear" w:color="auto" w:fill="EEF1FA"/>
          </w:tcPr>
          <w:p w14:paraId="78490F99" w14:textId="77777777" w:rsidR="00504789" w:rsidRDefault="003E14F7">
            <w:pPr>
              <w:bidi/>
              <w:rPr>
                <w:rFonts w:hint="eastAsia"/>
              </w:rPr>
            </w:pPr>
            <w:r>
              <w:rPr>
                <w:sz w:val="19"/>
                <w:szCs w:val="19"/>
                <w:rtl/>
              </w:rPr>
              <w:t>المرجع</w:t>
            </w:r>
          </w:p>
        </w:tc>
        <w:tc>
          <w:tcPr>
            <w:tcW w:w="3005" w:type="dxa"/>
          </w:tcPr>
          <w:p w14:paraId="25E84CB5" w14:textId="77777777" w:rsidR="00504789" w:rsidRDefault="003E14F7">
            <w:pPr>
              <w:bidi/>
              <w:rPr>
                <w:rFonts w:hint="eastAsia"/>
              </w:rPr>
            </w:pPr>
            <w:r>
              <w:rPr>
                <w:sz w:val="19"/>
                <w:szCs w:val="19"/>
                <w:rtl/>
              </w:rPr>
              <w:t>[رقم العقد]، [رقم السيناريو]</w:t>
            </w:r>
          </w:p>
        </w:tc>
      </w:tr>
    </w:tbl>
    <w:p w14:paraId="59FFF4DD" w14:textId="77777777" w:rsidR="00504789" w:rsidRDefault="00504789">
      <w:pPr>
        <w:bidi/>
        <w:spacing w:after="40"/>
        <w:rPr>
          <w:rFonts w:hint="eastAsia"/>
        </w:rPr>
      </w:pPr>
    </w:p>
    <w:p w14:paraId="4B619B13" w14:textId="77777777" w:rsidR="00504789" w:rsidRDefault="003E14F7">
      <w:pPr>
        <w:bidi/>
        <w:spacing w:after="80"/>
        <w:rPr>
          <w:rFonts w:hint="eastAsia"/>
        </w:rPr>
      </w:pPr>
      <w:r>
        <w:rPr>
          <w:b/>
          <w:bCs/>
          <w:rtl/>
        </w:rPr>
        <w:t>السادة/ [اسم المقاول]                                           المحترمين</w:t>
      </w:r>
    </w:p>
    <w:p w14:paraId="7A870B1B" w14:textId="77777777" w:rsidR="00504789" w:rsidRDefault="003E14F7">
      <w:pPr>
        <w:bidi/>
        <w:spacing w:after="80"/>
        <w:rPr>
          <w:rFonts w:hint="eastAsia"/>
        </w:rPr>
      </w:pPr>
      <w:r>
        <w:rPr>
          <w:sz w:val="21"/>
          <w:szCs w:val="21"/>
          <w:rtl/>
        </w:rPr>
        <w:t>عناية/ [مدير مشروع المقاول]</w:t>
      </w:r>
    </w:p>
    <w:p w14:paraId="29C1F788" w14:textId="77777777" w:rsidR="00504789" w:rsidRDefault="003E14F7">
      <w:pPr>
        <w:bidi/>
        <w:spacing w:after="120"/>
        <w:rPr>
          <w:rFonts w:hint="eastAsia"/>
        </w:rPr>
      </w:pPr>
      <w:r>
        <w:rPr>
          <w:b/>
          <w:bCs/>
          <w:color w:val="052976"/>
          <w:rtl/>
        </w:rPr>
        <w:t xml:space="preserve">الموضوع: </w:t>
      </w:r>
      <w:r>
        <w:rPr>
          <w:b/>
          <w:bCs/>
          <w:rtl/>
        </w:rPr>
        <w:t>إشعار خصم من المستخلص رقم [رقم المستخلص]: [البند]</w:t>
      </w:r>
    </w:p>
    <w:p w14:paraId="1141E577" w14:textId="77777777" w:rsidR="00504789" w:rsidRDefault="003E14F7">
      <w:pPr>
        <w:bidi/>
        <w:spacing w:after="80"/>
        <w:rPr>
          <w:rFonts w:hint="eastAsia"/>
        </w:rPr>
      </w:pPr>
      <w:r>
        <w:rPr>
          <w:rtl/>
        </w:rPr>
        <w:t>تحية طيبة وبعد،</w:t>
      </w:r>
    </w:p>
    <w:p w14:paraId="280CBD88" w14:textId="77777777" w:rsidR="00504789" w:rsidRDefault="003E14F7">
      <w:pPr>
        <w:bidi/>
        <w:spacing w:after="120"/>
        <w:rPr>
          <w:rFonts w:hint="eastAsia"/>
        </w:rPr>
      </w:pPr>
      <w:r>
        <w:rPr>
          <w:rtl/>
        </w:rPr>
        <w:t>تقرر قبول [وصف العمل] في [الموقع] قبولا فنيا بحالته، لكون العيب [وصف العيب] بسيطا ولا يؤثر على السلامة أو الأداء، وذلك بديلا عن الإزالة وفق ما يجيزه العقد.</w:t>
      </w:r>
    </w:p>
    <w:p w14:paraId="0BCFBFD5" w14:textId="77777777" w:rsidR="00504789" w:rsidRDefault="003E14F7">
      <w:pPr>
        <w:bidi/>
        <w:spacing w:after="120"/>
        <w:rPr>
          <w:rFonts w:hint="eastAsia"/>
        </w:rPr>
      </w:pPr>
      <w:r>
        <w:rPr>
          <w:rtl/>
        </w:rPr>
        <w:t>تخصم من مستحقاتكم قيمة [المبلغ] [العملة]، محسوبة على أساس [أساس الحساب، مثل تكلفة الإصلاح أو الكمية الناقصة مضروبة في سعر الوحدة]، وتظهر في المستخلص رقم [رقم المستخلص].</w:t>
      </w:r>
    </w:p>
    <w:p w14:paraId="3BFF1569" w14:textId="77777777" w:rsidR="00504789" w:rsidRDefault="003E14F7">
      <w:pPr>
        <w:bidi/>
        <w:spacing w:after="120"/>
        <w:rPr>
          <w:rFonts w:hint="eastAsia"/>
        </w:rPr>
      </w:pPr>
      <w:r>
        <w:rPr>
          <w:rtl/>
        </w:rPr>
        <w:t>لا يخل هذا الخصم بالتزاماتكم خلال فترة الضمان، ولكم تقديم ملاحظاتكم على أساس الحساب خلال [عدد] أيام.</w:t>
      </w:r>
    </w:p>
    <w:p w14:paraId="43E53E7A" w14:textId="77777777" w:rsidR="00504789" w:rsidRDefault="003E14F7">
      <w:pPr>
        <w:bidi/>
        <w:spacing w:after="280"/>
        <w:rPr>
          <w:rFonts w:hint="eastAsia"/>
        </w:rPr>
      </w:pPr>
      <w:r>
        <w:rPr>
          <w:rtl/>
        </w:rPr>
        <w:t>وتفضلوا بقبول وافر الاحترام،</w:t>
      </w:r>
    </w:p>
    <w:p w14:paraId="4C9AA649" w14:textId="77777777" w:rsidR="00504789" w:rsidRDefault="003E14F7">
      <w:pPr>
        <w:bidi/>
        <w:spacing w:after="80"/>
        <w:rPr>
          <w:rFonts w:hint="eastAsia"/>
        </w:rPr>
      </w:pPr>
      <w:r>
        <w:rPr>
          <w:b/>
          <w:bCs/>
          <w:color w:val="052976"/>
          <w:sz w:val="23"/>
          <w:szCs w:val="23"/>
          <w:rtl/>
        </w:rPr>
        <w:t>م/ أحمد فتحي، مدير المشاريع</w:t>
      </w:r>
    </w:p>
    <w:p w14:paraId="63EA21CC" w14:textId="77777777" w:rsidR="00504789" w:rsidRDefault="003E14F7">
      <w:pPr>
        <w:bidi/>
        <w:spacing w:after="80"/>
        <w:rPr>
          <w:rFonts w:hint="eastAsia"/>
        </w:rPr>
      </w:pPr>
      <w:r>
        <w:rPr>
          <w:sz w:val="21"/>
          <w:szCs w:val="21"/>
          <w:rtl/>
        </w:rPr>
        <w:t>المبدعون العرب للاستشارات الهندسية</w:t>
      </w:r>
    </w:p>
    <w:p w14:paraId="281F82CD" w14:textId="77777777" w:rsidR="00504789" w:rsidRDefault="003E14F7">
      <w:pPr>
        <w:bidi/>
        <w:rPr>
          <w:rFonts w:hint="eastAsia"/>
        </w:rPr>
      </w:pPr>
      <w:r>
        <w:rPr>
          <w:sz w:val="21"/>
          <w:szCs w:val="21"/>
          <w:rtl/>
        </w:rPr>
        <w:t>التوقيع: ....................................</w:t>
      </w:r>
    </w:p>
    <w:p w14:paraId="5BE9B755" w14:textId="77777777" w:rsidR="00504789" w:rsidRDefault="003E14F7">
      <w:pPr>
        <w:bidi/>
        <w:spacing w:after="80"/>
        <w:rPr>
          <w:rFonts w:hint="eastAsia"/>
        </w:rPr>
      </w:pPr>
      <w:r>
        <w:rPr>
          <w:color w:val="5B6475"/>
          <w:sz w:val="18"/>
          <w:szCs w:val="18"/>
          <w:rtl/>
        </w:rPr>
        <w:t>نسخة إلى: المالك [اسم الجهة]، ملف المشروع، سجل عدم المطابقة.</w:t>
      </w:r>
    </w:p>
    <w:p w14:paraId="302B0EF2" w14:textId="77777777" w:rsidR="00504789" w:rsidRDefault="003E14F7">
      <w:pPr>
        <w:rPr>
          <w:rFonts w:hint="eastAsia"/>
        </w:rPr>
      </w:pPr>
      <w:r>
        <w:br w:type="page"/>
      </w:r>
    </w:p>
    <w:p w14:paraId="7EE9364C" w14:textId="77777777" w:rsidR="00504789" w:rsidRDefault="003E14F7">
      <w:pPr>
        <w:keepNext/>
        <w:pBdr>
          <w:bottom w:val="single" w:sz="8" w:space="1" w:color="2633FF"/>
        </w:pBdr>
        <w:bidi/>
        <w:spacing w:before="200" w:after="120"/>
        <w:outlineLvl w:val="0"/>
        <w:rPr>
          <w:rFonts w:hint="eastAsia"/>
        </w:rPr>
      </w:pPr>
      <w:r>
        <w:rPr>
          <w:b/>
          <w:bCs/>
          <w:color w:val="052976"/>
          <w:sz w:val="30"/>
          <w:szCs w:val="30"/>
          <w:rtl/>
        </w:rPr>
        <w:t>النموذج L12: استلام مع تحفظات</w:t>
      </w:r>
    </w:p>
    <w:tbl>
      <w:tblPr>
        <w:tblStyle w:val="TableGrid"/>
        <w:bidiVisual/>
        <w:tblW w:w="0" w:type="auto"/>
        <w:jc w:val="center"/>
        <w:tblLayout w:type="fixed"/>
        <w:tblLook w:val="04A0" w:firstRow="1" w:lastRow="0" w:firstColumn="1" w:lastColumn="0" w:noHBand="0" w:noVBand="1"/>
      </w:tblPr>
      <w:tblGrid>
        <w:gridCol w:w="1701"/>
        <w:gridCol w:w="3005"/>
        <w:gridCol w:w="1701"/>
        <w:gridCol w:w="3005"/>
      </w:tblGrid>
      <w:tr w:rsidR="00504789" w14:paraId="69057D7F" w14:textId="77777777">
        <w:trPr>
          <w:cantSplit/>
          <w:jc w:val="center"/>
        </w:trPr>
        <w:tc>
          <w:tcPr>
            <w:tcW w:w="1701" w:type="dxa"/>
            <w:shd w:val="clear" w:color="auto" w:fill="EEF1FA"/>
          </w:tcPr>
          <w:p w14:paraId="53D50063" w14:textId="77777777" w:rsidR="00504789" w:rsidRDefault="003E14F7">
            <w:pPr>
              <w:bidi/>
              <w:rPr>
                <w:rFonts w:hint="eastAsia"/>
              </w:rPr>
            </w:pPr>
            <w:r>
              <w:rPr>
                <w:sz w:val="19"/>
                <w:szCs w:val="19"/>
                <w:rtl/>
              </w:rPr>
              <w:t>رقم الخطاب</w:t>
            </w:r>
          </w:p>
        </w:tc>
        <w:tc>
          <w:tcPr>
            <w:tcW w:w="3005" w:type="dxa"/>
          </w:tcPr>
          <w:p w14:paraId="2D7CBCB1" w14:textId="77777777" w:rsidR="00504789" w:rsidRDefault="003E14F7">
            <w:pPr>
              <w:bidi/>
              <w:rPr>
                <w:rFonts w:hint="eastAsia"/>
              </w:rPr>
            </w:pPr>
            <w:r>
              <w:rPr>
                <w:sz w:val="19"/>
                <w:szCs w:val="19"/>
                <w:rtl/>
              </w:rPr>
              <w:t>[رقم الخطاب]</w:t>
            </w:r>
          </w:p>
        </w:tc>
        <w:tc>
          <w:tcPr>
            <w:tcW w:w="1701" w:type="dxa"/>
            <w:shd w:val="clear" w:color="auto" w:fill="EEF1FA"/>
          </w:tcPr>
          <w:p w14:paraId="255FAD44" w14:textId="77777777" w:rsidR="00504789" w:rsidRDefault="003E14F7">
            <w:pPr>
              <w:bidi/>
              <w:rPr>
                <w:rFonts w:hint="eastAsia"/>
              </w:rPr>
            </w:pPr>
            <w:r>
              <w:rPr>
                <w:sz w:val="19"/>
                <w:szCs w:val="19"/>
                <w:rtl/>
              </w:rPr>
              <w:t>التاريخ</w:t>
            </w:r>
          </w:p>
        </w:tc>
        <w:tc>
          <w:tcPr>
            <w:tcW w:w="3005" w:type="dxa"/>
          </w:tcPr>
          <w:p w14:paraId="6286D0CF" w14:textId="77777777" w:rsidR="00504789" w:rsidRDefault="003E14F7">
            <w:pPr>
              <w:bidi/>
              <w:rPr>
                <w:rFonts w:hint="eastAsia"/>
              </w:rPr>
            </w:pPr>
            <w:r>
              <w:rPr>
                <w:sz w:val="19"/>
                <w:szCs w:val="19"/>
                <w:rtl/>
              </w:rPr>
              <w:t>[التاريخ]</w:t>
            </w:r>
          </w:p>
        </w:tc>
      </w:tr>
      <w:tr w:rsidR="00504789" w14:paraId="2CD66A14" w14:textId="77777777">
        <w:trPr>
          <w:cantSplit/>
          <w:jc w:val="center"/>
        </w:trPr>
        <w:tc>
          <w:tcPr>
            <w:tcW w:w="1701" w:type="dxa"/>
            <w:shd w:val="clear" w:color="auto" w:fill="EEF1FA"/>
          </w:tcPr>
          <w:p w14:paraId="12AC6B59" w14:textId="77777777" w:rsidR="00504789" w:rsidRDefault="003E14F7">
            <w:pPr>
              <w:bidi/>
              <w:rPr>
                <w:rFonts w:hint="eastAsia"/>
              </w:rPr>
            </w:pPr>
            <w:r>
              <w:rPr>
                <w:sz w:val="19"/>
                <w:szCs w:val="19"/>
                <w:rtl/>
              </w:rPr>
              <w:t>المشروع</w:t>
            </w:r>
          </w:p>
        </w:tc>
        <w:tc>
          <w:tcPr>
            <w:tcW w:w="3005" w:type="dxa"/>
          </w:tcPr>
          <w:p w14:paraId="7B9EF29F" w14:textId="77777777" w:rsidR="00504789" w:rsidRDefault="003E14F7">
            <w:pPr>
              <w:bidi/>
              <w:rPr>
                <w:rFonts w:hint="eastAsia"/>
              </w:rPr>
            </w:pPr>
            <w:r>
              <w:rPr>
                <w:sz w:val="19"/>
                <w:szCs w:val="19"/>
                <w:rtl/>
              </w:rPr>
              <w:t>[اسم المشروع]</w:t>
            </w:r>
          </w:p>
        </w:tc>
        <w:tc>
          <w:tcPr>
            <w:tcW w:w="1701" w:type="dxa"/>
            <w:shd w:val="clear" w:color="auto" w:fill="EEF1FA"/>
          </w:tcPr>
          <w:p w14:paraId="1BCEADEF" w14:textId="77777777" w:rsidR="00504789" w:rsidRDefault="003E14F7">
            <w:pPr>
              <w:bidi/>
              <w:rPr>
                <w:rFonts w:hint="eastAsia"/>
              </w:rPr>
            </w:pPr>
            <w:r>
              <w:rPr>
                <w:sz w:val="19"/>
                <w:szCs w:val="19"/>
                <w:rtl/>
              </w:rPr>
              <w:t>المرجع</w:t>
            </w:r>
          </w:p>
        </w:tc>
        <w:tc>
          <w:tcPr>
            <w:tcW w:w="3005" w:type="dxa"/>
          </w:tcPr>
          <w:p w14:paraId="62F35A27" w14:textId="77777777" w:rsidR="00504789" w:rsidRDefault="003E14F7">
            <w:pPr>
              <w:bidi/>
              <w:rPr>
                <w:rFonts w:hint="eastAsia"/>
              </w:rPr>
            </w:pPr>
            <w:r>
              <w:rPr>
                <w:sz w:val="19"/>
                <w:szCs w:val="19"/>
                <w:rtl/>
              </w:rPr>
              <w:t>[رقم العقد]، [رقم السيناريو]</w:t>
            </w:r>
          </w:p>
        </w:tc>
      </w:tr>
    </w:tbl>
    <w:p w14:paraId="38B047EC" w14:textId="77777777" w:rsidR="00504789" w:rsidRDefault="00504789">
      <w:pPr>
        <w:bidi/>
        <w:spacing w:after="40"/>
        <w:rPr>
          <w:rFonts w:hint="eastAsia"/>
        </w:rPr>
      </w:pPr>
    </w:p>
    <w:p w14:paraId="5DC40D96" w14:textId="77777777" w:rsidR="00504789" w:rsidRDefault="003E14F7">
      <w:pPr>
        <w:bidi/>
        <w:spacing w:after="80"/>
        <w:rPr>
          <w:rFonts w:hint="eastAsia"/>
        </w:rPr>
      </w:pPr>
      <w:r>
        <w:rPr>
          <w:b/>
          <w:bCs/>
          <w:rtl/>
        </w:rPr>
        <w:t>السادة/ [اسم المقاول]                                           المحترمين</w:t>
      </w:r>
    </w:p>
    <w:p w14:paraId="454A2010" w14:textId="77777777" w:rsidR="00504789" w:rsidRDefault="003E14F7">
      <w:pPr>
        <w:bidi/>
        <w:spacing w:after="80"/>
        <w:rPr>
          <w:rFonts w:hint="eastAsia"/>
        </w:rPr>
      </w:pPr>
      <w:r>
        <w:rPr>
          <w:sz w:val="21"/>
          <w:szCs w:val="21"/>
          <w:rtl/>
        </w:rPr>
        <w:t>عناية/ [مدير مشروع المقاول]</w:t>
      </w:r>
    </w:p>
    <w:p w14:paraId="47BCE738" w14:textId="77777777" w:rsidR="00504789" w:rsidRDefault="003E14F7">
      <w:pPr>
        <w:bidi/>
        <w:spacing w:after="120"/>
        <w:rPr>
          <w:rFonts w:hint="eastAsia"/>
        </w:rPr>
      </w:pPr>
      <w:r>
        <w:rPr>
          <w:b/>
          <w:bCs/>
          <w:color w:val="052976"/>
          <w:rtl/>
        </w:rPr>
        <w:t xml:space="preserve">الموضوع: </w:t>
      </w:r>
      <w:r>
        <w:rPr>
          <w:b/>
          <w:bCs/>
          <w:rtl/>
        </w:rPr>
        <w:t>استلام [ابتدائي أو نهائي] مع تحفظات: [المشروع أو الجزء المستلم]</w:t>
      </w:r>
    </w:p>
    <w:p w14:paraId="34FF2E47" w14:textId="77777777" w:rsidR="00504789" w:rsidRDefault="003E14F7">
      <w:pPr>
        <w:bidi/>
        <w:spacing w:after="80"/>
        <w:rPr>
          <w:rFonts w:hint="eastAsia"/>
        </w:rPr>
      </w:pPr>
      <w:r>
        <w:rPr>
          <w:rtl/>
        </w:rPr>
        <w:t>تحية طيبة وبعد،</w:t>
      </w:r>
    </w:p>
    <w:p w14:paraId="3C9F38F4" w14:textId="77777777" w:rsidR="00504789" w:rsidRDefault="003E14F7">
      <w:pPr>
        <w:bidi/>
        <w:spacing w:after="120"/>
        <w:rPr>
          <w:rFonts w:hint="eastAsia"/>
        </w:rPr>
      </w:pPr>
      <w:r>
        <w:rPr>
          <w:rtl/>
        </w:rPr>
        <w:t>بناء على المعاينة التي أجرتها لجنة الاستلام بتاريخ [التاريخ]، تقرر استلام [الأعمال أو الجزء] استلاما [ابتدائيا أو نهائيا] مع التحفظات الواردة في قائمة الملاحظات رقم [رقم القائمة] وعددها [عدد] ملاحظة.</w:t>
      </w:r>
    </w:p>
    <w:p w14:paraId="4358B657" w14:textId="77777777" w:rsidR="00504789" w:rsidRDefault="003E14F7">
      <w:pPr>
        <w:bidi/>
        <w:spacing w:after="120"/>
        <w:rPr>
          <w:rFonts w:hint="eastAsia"/>
        </w:rPr>
      </w:pPr>
      <w:r>
        <w:rPr>
          <w:rtl/>
        </w:rPr>
        <w:t>تعلق قيمة [المبلغ] [العملة] مقابل هذه الملاحظات لحين تلافيها خلال [عدد] يوما، ويحق للمالك تنفيذها على حسابكم بعد انتهاء المهلة. ولا يسقط اعتماد أي مادة أثناء التنفيذ حق اللجنة في الرفض أو التخفيض.</w:t>
      </w:r>
    </w:p>
    <w:p w14:paraId="3D580F4F" w14:textId="77777777" w:rsidR="00504789" w:rsidRDefault="003E14F7">
      <w:pPr>
        <w:bidi/>
        <w:spacing w:after="120"/>
        <w:rPr>
          <w:rFonts w:hint="eastAsia"/>
        </w:rPr>
      </w:pPr>
      <w:r>
        <w:rPr>
          <w:rtl/>
        </w:rPr>
        <w:t>يبدأ احتساب فترة الضمان من تاريخ [التاريخ]، مع تقديم المخططات النهائية As Built وشهادات الضمان وكتيبات التشغيل والصيانة خلال [عدد] يوما.</w:t>
      </w:r>
    </w:p>
    <w:p w14:paraId="76500C28" w14:textId="77777777" w:rsidR="00504789" w:rsidRDefault="003E14F7">
      <w:pPr>
        <w:bidi/>
        <w:spacing w:after="280"/>
        <w:rPr>
          <w:rFonts w:hint="eastAsia"/>
        </w:rPr>
      </w:pPr>
      <w:r>
        <w:rPr>
          <w:rtl/>
        </w:rPr>
        <w:t>وتفضلوا بقبول وافر الاحترام،</w:t>
      </w:r>
    </w:p>
    <w:p w14:paraId="77EF5F27" w14:textId="77777777" w:rsidR="00504789" w:rsidRDefault="003E14F7">
      <w:pPr>
        <w:bidi/>
        <w:spacing w:after="80"/>
        <w:rPr>
          <w:rFonts w:hint="eastAsia"/>
        </w:rPr>
      </w:pPr>
      <w:r>
        <w:rPr>
          <w:b/>
          <w:bCs/>
          <w:color w:val="052976"/>
          <w:sz w:val="23"/>
          <w:szCs w:val="23"/>
          <w:rtl/>
        </w:rPr>
        <w:t>م/ أحمد فتحي، مدير المشاريع</w:t>
      </w:r>
    </w:p>
    <w:p w14:paraId="3522487D" w14:textId="77777777" w:rsidR="00504789" w:rsidRDefault="003E14F7">
      <w:pPr>
        <w:bidi/>
        <w:spacing w:after="80"/>
        <w:rPr>
          <w:rFonts w:hint="eastAsia"/>
        </w:rPr>
      </w:pPr>
      <w:r>
        <w:rPr>
          <w:sz w:val="21"/>
          <w:szCs w:val="21"/>
          <w:rtl/>
        </w:rPr>
        <w:t>المبدعون العرب للاستشارات الهندسية</w:t>
      </w:r>
    </w:p>
    <w:p w14:paraId="7F43BDD8" w14:textId="77777777" w:rsidR="00504789" w:rsidRDefault="003E14F7">
      <w:pPr>
        <w:bidi/>
        <w:rPr>
          <w:rFonts w:hint="eastAsia"/>
        </w:rPr>
      </w:pPr>
      <w:r>
        <w:rPr>
          <w:sz w:val="21"/>
          <w:szCs w:val="21"/>
          <w:rtl/>
        </w:rPr>
        <w:t>التوقيع: ....................................</w:t>
      </w:r>
    </w:p>
    <w:p w14:paraId="64D710E3" w14:textId="77777777" w:rsidR="00504789" w:rsidRDefault="003E14F7">
      <w:pPr>
        <w:bidi/>
        <w:spacing w:after="80"/>
        <w:rPr>
          <w:rFonts w:hint="eastAsia"/>
        </w:rPr>
      </w:pPr>
      <w:r>
        <w:rPr>
          <w:color w:val="5B6475"/>
          <w:sz w:val="18"/>
          <w:szCs w:val="18"/>
          <w:rtl/>
        </w:rPr>
        <w:t>نسخة إلى: المالك [اسم الجهة]، ملف المشروع، سجل الاستلام والضمان.</w:t>
      </w:r>
    </w:p>
    <w:sectPr w:rsidR="00504789" w:rsidSect="00034616">
      <w:headerReference w:type="default" r:id="rId8"/>
      <w:footerReference w:type="default" r:id="rId9"/>
      <w:pgSz w:w="11906" w:h="16838"/>
      <w:pgMar w:top="907" w:right="907" w:bottom="850" w:left="907"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9F947" w14:textId="77777777" w:rsidR="003E14F7" w:rsidRDefault="003E14F7">
      <w:pPr>
        <w:spacing w:after="0" w:line="240" w:lineRule="auto"/>
        <w:rPr>
          <w:rFonts w:hint="eastAsia"/>
        </w:rPr>
      </w:pPr>
      <w:r>
        <w:separator/>
      </w:r>
    </w:p>
  </w:endnote>
  <w:endnote w:type="continuationSeparator" w:id="0">
    <w:p w14:paraId="5BCAC697" w14:textId="77777777" w:rsidR="003E14F7" w:rsidRDefault="003E14F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5F92" w14:textId="77777777" w:rsidR="00504789" w:rsidRDefault="003E14F7">
    <w:pPr>
      <w:pStyle w:val="Footer"/>
      <w:pBdr>
        <w:top w:val="single" w:sz="4" w:space="4" w:color="2633FF"/>
      </w:pBdr>
      <w:bidi/>
      <w:jc w:val="center"/>
      <w:rPr>
        <w:rFonts w:hint="eastAsia"/>
      </w:rPr>
    </w:pPr>
    <w:r>
      <w:rPr>
        <w:color w:val="5B6475"/>
        <w:sz w:val="14"/>
        <w:szCs w:val="14"/>
        <w:rtl/>
      </w:rPr>
      <w:t>المبدعون العرب للاستشارات الهندسية  |  المقر الرئيسي: القاهرة، مدينة 15 مايو  |  مكتب الرياض قيد التأسيس</w:t>
    </w:r>
  </w:p>
  <w:p w14:paraId="25DC20E2" w14:textId="77777777" w:rsidR="00504789" w:rsidRDefault="003E14F7">
    <w:pPr>
      <w:bidi/>
      <w:spacing w:after="0"/>
      <w:jc w:val="center"/>
      <w:rPr>
        <w:rFonts w:hint="eastAsia"/>
      </w:rPr>
    </w:pPr>
    <w:r>
      <w:rPr>
        <w:b/>
        <w:bCs/>
        <w:color w:val="052976"/>
        <w:sz w:val="15"/>
        <w:szCs w:val="15"/>
        <w:rtl/>
      </w:rPr>
      <w:t>info@arabcreators.co  |  www.arabcreators.co</w:t>
    </w:r>
  </w:p>
  <w:p w14:paraId="08E64477" w14:textId="77777777" w:rsidR="00504789" w:rsidRDefault="003E14F7">
    <w:pPr>
      <w:bidi/>
      <w:spacing w:after="0"/>
      <w:jc w:val="center"/>
      <w:rPr>
        <w:rFonts w:hint="eastAsia"/>
      </w:rPr>
    </w:pPr>
    <w:r>
      <w:rPr>
        <w:color w:val="5B6475"/>
        <w:sz w:val="15"/>
        <w:szCs w:val="15"/>
        <w:rtl/>
      </w:rPr>
      <w:t xml:space="preserve">صفحة </w:t>
    </w:r>
    <w:r>
      <w:fldChar w:fldCharType="begin"/>
    </w:r>
    <w:r>
      <w:instrText>PAGE</w:instrText>
    </w:r>
    <w:r>
      <w:rPr>
        <w:rFonts w:hint="eastAsia"/>
      </w:rP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089F5" w14:textId="77777777" w:rsidR="003E14F7" w:rsidRDefault="003E14F7">
      <w:pPr>
        <w:spacing w:after="0" w:line="240" w:lineRule="auto"/>
        <w:rPr>
          <w:rFonts w:hint="eastAsia"/>
        </w:rPr>
      </w:pPr>
      <w:r>
        <w:separator/>
      </w:r>
    </w:p>
  </w:footnote>
  <w:footnote w:type="continuationSeparator" w:id="0">
    <w:p w14:paraId="5C0C3D93" w14:textId="77777777" w:rsidR="003E14F7" w:rsidRDefault="003E14F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7AFA" w14:textId="77777777" w:rsidR="00504789" w:rsidRDefault="003E14F7">
    <w:pPr>
      <w:pStyle w:val="Header"/>
      <w:pBdr>
        <w:bottom w:val="double" w:sz="6" w:space="4" w:color="052976"/>
      </w:pBdr>
      <w:rPr>
        <w:rFonts w:hint="eastAsia"/>
      </w:rPr>
    </w:pPr>
    <w:r>
      <w:rPr>
        <w:noProof/>
      </w:rPr>
      <w:drawing>
        <wp:inline distT="0" distB="0" distL="0" distR="0" wp14:anchorId="6582C696" wp14:editId="65095583">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058044">
    <w:abstractNumId w:val="8"/>
  </w:num>
  <w:num w:numId="2" w16cid:durableId="926811152">
    <w:abstractNumId w:val="6"/>
  </w:num>
  <w:num w:numId="3" w16cid:durableId="1321348018">
    <w:abstractNumId w:val="5"/>
  </w:num>
  <w:num w:numId="4" w16cid:durableId="1616794172">
    <w:abstractNumId w:val="4"/>
  </w:num>
  <w:num w:numId="5" w16cid:durableId="1336806486">
    <w:abstractNumId w:val="7"/>
  </w:num>
  <w:num w:numId="6" w16cid:durableId="380325626">
    <w:abstractNumId w:val="3"/>
  </w:num>
  <w:num w:numId="7" w16cid:durableId="595331149">
    <w:abstractNumId w:val="2"/>
  </w:num>
  <w:num w:numId="8" w16cid:durableId="699938331">
    <w:abstractNumId w:val="1"/>
  </w:num>
  <w:num w:numId="9" w16cid:durableId="689726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14F7"/>
    <w:rsid w:val="00504789"/>
    <w:rsid w:val="005C0D99"/>
    <w:rsid w:val="00AA1D8D"/>
    <w:rsid w:val="00B47730"/>
    <w:rsid w:val="00CB0664"/>
    <w:rsid w:val="00CB44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8B078E"/>
  <w14:defaultImageDpi w14:val="300"/>
  <w15:docId w15:val="{CB40D4BB-3D79-491E-8095-5848696D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Claims and Rejection Letters</dc:title>
  <dc:subject>Letter templates</dc:subject>
  <dc:creator>Ahmed Fathy</dc:creator>
  <cp:keywords/>
  <dc:description/>
  <cp:lastModifiedBy>Ahmed Fathy</cp:lastModifiedBy>
  <cp:revision>2</cp:revision>
  <dcterms:created xsi:type="dcterms:W3CDTF">2026-11-03T20:22:00Z</dcterms:created>
  <dcterms:modified xsi:type="dcterms:W3CDTF">2026-11-03T20:22:00Z</dcterms:modified>
  <cp:category/>
</cp:coreProperties>
</file>